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FB8CB" w14:textId="3ECD4017" w:rsidR="00062868" w:rsidRPr="000F1332" w:rsidRDefault="002C5D06" w:rsidP="000C1367">
      <w:pPr>
        <w:spacing w:after="40" w:line="300" w:lineRule="auto"/>
        <w:jc w:val="center"/>
        <w:rPr>
          <w:rFonts w:ascii="BIZ UDPゴシック" w:eastAsia="BIZ UDPゴシック" w:hAnsi="BIZ UDPゴシック"/>
          <w:lang w:eastAsia="ja-JP"/>
        </w:rPr>
      </w:pPr>
      <w:r w:rsidRPr="000F1332">
        <w:rPr>
          <w:rFonts w:ascii="BIZ UDPゴシック" w:eastAsia="BIZ UDPゴシック" w:hAnsi="BIZ UDPゴシック" w:cs="Calibri"/>
          <w:b/>
          <w:sz w:val="32"/>
          <w:lang w:eastAsia="ja-JP"/>
        </w:rPr>
        <w:t>KUGAPエントリーシート様式案</w:t>
      </w:r>
    </w:p>
    <w:p w14:paraId="4FCB4591" w14:textId="77777777" w:rsidR="00E37784" w:rsidRDefault="00E37784">
      <w:pPr>
        <w:spacing w:after="40" w:line="300" w:lineRule="auto"/>
        <w:rPr>
          <w:rFonts w:ascii="BIZ UDPゴシック" w:eastAsia="BIZ UDPゴシック" w:hAnsi="BIZ UDPゴシック" w:cs="Calibri"/>
          <w:b/>
          <w:sz w:val="26"/>
          <w:lang w:eastAsia="ja-JP"/>
        </w:rPr>
      </w:pPr>
    </w:p>
    <w:p w14:paraId="19344195" w14:textId="49CCC5C0" w:rsidR="00062868" w:rsidRPr="000F1332" w:rsidRDefault="002C5D06">
      <w:pPr>
        <w:spacing w:after="40" w:line="300" w:lineRule="auto"/>
        <w:rPr>
          <w:rFonts w:ascii="BIZ UDPゴシック" w:eastAsia="BIZ UDPゴシック" w:hAnsi="BIZ UDPゴシック"/>
        </w:rPr>
      </w:pPr>
      <w:proofErr w:type="spellStart"/>
      <w:r w:rsidRPr="000F1332">
        <w:rPr>
          <w:rFonts w:ascii="BIZ UDPゴシック" w:eastAsia="BIZ UDPゴシック" w:hAnsi="BIZ UDPゴシック" w:cs="Calibri"/>
          <w:b/>
        </w:rPr>
        <w:t>申請日</w:t>
      </w:r>
      <w:proofErr w:type="spellEnd"/>
      <w:r w:rsidRPr="000F1332">
        <w:rPr>
          <w:rFonts w:ascii="BIZ UDPゴシック" w:eastAsia="BIZ UDPゴシック" w:hAnsi="BIZ UDPゴシック" w:cs="Calibri"/>
          <w:b/>
        </w:rPr>
        <w:t xml:space="preserve">　</w:t>
      </w:r>
      <w:r w:rsidRPr="000F1332">
        <w:rPr>
          <w:rFonts w:ascii="BIZ UDPゴシック" w:eastAsia="BIZ UDPゴシック" w:hAnsi="BIZ UDPゴシック" w:cs="Calibri"/>
        </w:rPr>
        <w:t xml:space="preserve">　　　年　　　月　　　日</w:t>
      </w:r>
    </w:p>
    <w:tbl>
      <w:tblPr>
        <w:tblW w:w="0" w:type="auto"/>
        <w:jc w:val="center"/>
        <w:shd w:val="clear" w:color="auto" w:fill="DBE5F1" w:themeFill="accent1" w:themeFillTint="33"/>
        <w:tblLayout w:type="fixed"/>
        <w:tblLook w:val="04A0" w:firstRow="1" w:lastRow="0" w:firstColumn="1" w:lastColumn="0" w:noHBand="0" w:noVBand="1"/>
      </w:tblPr>
      <w:tblGrid>
        <w:gridCol w:w="9638"/>
      </w:tblGrid>
      <w:tr w:rsidR="00062868" w:rsidRPr="000F1332" w14:paraId="18C18E2B" w14:textId="77777777" w:rsidTr="00E006D5">
        <w:trPr>
          <w:jc w:val="center"/>
        </w:trPr>
        <w:tc>
          <w:tcPr>
            <w:tcW w:w="9638" w:type="dxa"/>
            <w:shd w:val="clear" w:color="auto" w:fill="DBE5F1" w:themeFill="accent1" w:themeFillTint="33"/>
          </w:tcPr>
          <w:p w14:paraId="04C4A5F5" w14:textId="77777777" w:rsidR="00062868" w:rsidRPr="000F1332" w:rsidRDefault="002C5D06">
            <w:pPr>
              <w:spacing w:after="20" w:line="288" w:lineRule="auto"/>
              <w:rPr>
                <w:rFonts w:ascii="BIZ UDPゴシック" w:eastAsia="BIZ UDPゴシック" w:hAnsi="BIZ UDPゴシック"/>
                <w:color w:val="00B0F0"/>
                <w:lang w:eastAsia="ja-JP"/>
              </w:rPr>
            </w:pPr>
            <w:r w:rsidRPr="000F1332">
              <w:rPr>
                <w:rFonts w:ascii="BIZ UDPゴシック" w:eastAsia="BIZ UDPゴシック" w:hAnsi="BIZ UDPゴシック" w:cs="Calibri"/>
                <w:b/>
                <w:color w:val="00B0F0"/>
                <w:sz w:val="19"/>
                <w:lang w:eastAsia="ja-JP"/>
              </w:rPr>
              <w:t>【提出にあたっての注意】</w:t>
            </w:r>
          </w:p>
          <w:p w14:paraId="071F5DA8" w14:textId="77777777" w:rsidR="00062868" w:rsidRPr="000F1332" w:rsidRDefault="002C5D06">
            <w:pPr>
              <w:spacing w:after="20" w:line="288" w:lineRule="auto"/>
              <w:rPr>
                <w:rFonts w:ascii="BIZ UDPゴシック" w:eastAsia="BIZ UDPゴシック" w:hAnsi="BIZ UDPゴシック"/>
                <w:color w:val="00B0F0"/>
                <w:lang w:eastAsia="ja-JP"/>
              </w:rPr>
            </w:pPr>
            <w:r w:rsidRPr="000F1332">
              <w:rPr>
                <w:rFonts w:ascii="BIZ UDPゴシック" w:eastAsia="BIZ UDPゴシック" w:hAnsi="BIZ UDPゴシック" w:cs="Calibri"/>
                <w:color w:val="00B0F0"/>
                <w:sz w:val="19"/>
                <w:lang w:eastAsia="ja-JP"/>
              </w:rPr>
              <w:t>・本様式は、KUGAPへのエントリー時点における研究成果、事業化仮説及びKUGAP期間中に取り組みたい内容の概要を確認するためのものです。</w:t>
            </w:r>
          </w:p>
          <w:p w14:paraId="5958AB9B" w14:textId="77777777" w:rsidR="00062868" w:rsidRPr="000F1332" w:rsidRDefault="002C5D06">
            <w:pPr>
              <w:spacing w:after="20" w:line="288" w:lineRule="auto"/>
              <w:rPr>
                <w:rFonts w:ascii="BIZ UDPゴシック" w:eastAsia="BIZ UDPゴシック" w:hAnsi="BIZ UDPゴシック"/>
                <w:color w:val="00B0F0"/>
                <w:lang w:eastAsia="ja-JP"/>
              </w:rPr>
            </w:pPr>
            <w:r w:rsidRPr="000F1332">
              <w:rPr>
                <w:rFonts w:ascii="BIZ UDPゴシック" w:eastAsia="BIZ UDPゴシック" w:hAnsi="BIZ UDPゴシック" w:cs="Calibri"/>
                <w:color w:val="00B0F0"/>
                <w:sz w:val="19"/>
                <w:lang w:eastAsia="ja-JP"/>
              </w:rPr>
              <w:t>・本様式の記載内容は、最終的な実施計画、予算計画又は審査会用プレゼンテーション資料を確定するものではありません。</w:t>
            </w:r>
          </w:p>
          <w:p w14:paraId="39BC2E47" w14:textId="28513F07" w:rsidR="00062868" w:rsidRPr="000F1332" w:rsidRDefault="002C5D06">
            <w:pPr>
              <w:spacing w:after="20" w:line="288" w:lineRule="auto"/>
              <w:rPr>
                <w:rFonts w:ascii="BIZ UDPゴシック" w:eastAsia="BIZ UDPゴシック" w:hAnsi="BIZ UDPゴシック"/>
                <w:color w:val="00B0F0"/>
                <w:lang w:eastAsia="ja-JP"/>
              </w:rPr>
            </w:pPr>
            <w:r w:rsidRPr="000F1332">
              <w:rPr>
                <w:rFonts w:ascii="BIZ UDPゴシック" w:eastAsia="BIZ UDPゴシック" w:hAnsi="BIZ UDPゴシック" w:cs="Calibri"/>
                <w:color w:val="00B0F0"/>
                <w:sz w:val="19"/>
                <w:lang w:eastAsia="ja-JP"/>
              </w:rPr>
              <w:t>・エントリー後は、セミナー及び個別相談等を通じて内容をブラッシュアップし、審査会において、より具体化した内容を説明いただきます。</w:t>
            </w:r>
          </w:p>
          <w:p w14:paraId="034832E3" w14:textId="77777777" w:rsidR="00062868" w:rsidRPr="000F1332" w:rsidRDefault="002C5D06">
            <w:pPr>
              <w:spacing w:after="20" w:line="288" w:lineRule="auto"/>
              <w:rPr>
                <w:rFonts w:ascii="BIZ UDPゴシック" w:eastAsia="BIZ UDPゴシック" w:hAnsi="BIZ UDPゴシック"/>
                <w:color w:val="00B0F0"/>
                <w:lang w:eastAsia="ja-JP"/>
              </w:rPr>
            </w:pPr>
            <w:r w:rsidRPr="000F1332">
              <w:rPr>
                <w:rFonts w:ascii="BIZ UDPゴシック" w:eastAsia="BIZ UDPゴシック" w:hAnsi="BIZ UDPゴシック" w:cs="Calibri"/>
                <w:color w:val="00B0F0"/>
                <w:sz w:val="19"/>
                <w:lang w:eastAsia="ja-JP"/>
              </w:rPr>
              <w:t>・本様式は、図表等を含めて全体で4ページ以内で作成してください。</w:t>
            </w:r>
          </w:p>
          <w:p w14:paraId="03D4E0D2" w14:textId="77777777" w:rsidR="00062868" w:rsidRPr="000F1332" w:rsidRDefault="002C5D06">
            <w:pPr>
              <w:spacing w:after="20" w:line="288" w:lineRule="auto"/>
              <w:rPr>
                <w:rFonts w:ascii="BIZ UDPゴシック" w:eastAsia="BIZ UDPゴシック" w:hAnsi="BIZ UDPゴシック"/>
                <w:lang w:eastAsia="ja-JP"/>
              </w:rPr>
            </w:pPr>
            <w:r w:rsidRPr="000F1332">
              <w:rPr>
                <w:rFonts w:ascii="BIZ UDPゴシック" w:eastAsia="BIZ UDPゴシック" w:hAnsi="BIZ UDPゴシック" w:cs="Calibri"/>
                <w:color w:val="00B0F0"/>
                <w:sz w:val="19"/>
                <w:lang w:eastAsia="ja-JP"/>
              </w:rPr>
              <w:t>・提出時には青字のコメント・例示・ガイドラインは削除してください。</w:t>
            </w:r>
          </w:p>
        </w:tc>
      </w:tr>
    </w:tbl>
    <w:p w14:paraId="5477C2BB" w14:textId="77777777" w:rsidR="00062868" w:rsidRPr="000F1332" w:rsidRDefault="00062868">
      <w:pPr>
        <w:rPr>
          <w:rFonts w:ascii="BIZ UDPゴシック" w:eastAsia="BIZ UDPゴシック" w:hAnsi="BIZ UDPゴシック"/>
          <w:lang w:eastAsia="ja-JP"/>
        </w:rPr>
      </w:pPr>
    </w:p>
    <w:p w14:paraId="11765697" w14:textId="77777777" w:rsidR="00062868" w:rsidRPr="000F1332" w:rsidRDefault="002C5D06">
      <w:pPr>
        <w:spacing w:before="120" w:after="40" w:line="300" w:lineRule="auto"/>
        <w:rPr>
          <w:rFonts w:ascii="BIZ UDPゴシック" w:eastAsia="BIZ UDPゴシック" w:hAnsi="BIZ UDPゴシック"/>
        </w:rPr>
      </w:pPr>
      <w:r w:rsidRPr="000F1332">
        <w:rPr>
          <w:rFonts w:ascii="BIZ UDPゴシック" w:eastAsia="BIZ UDPゴシック" w:hAnsi="BIZ UDPゴシック" w:cs="Calibri"/>
          <w:b/>
          <w:sz w:val="23"/>
        </w:rPr>
        <w:t>1．基本情報</w:t>
      </w:r>
    </w:p>
    <w:tbl>
      <w:tblPr>
        <w:tblStyle w:val="afe"/>
        <w:tblW w:w="0" w:type="auto"/>
        <w:jc w:val="center"/>
        <w:tblLook w:val="04A0" w:firstRow="1" w:lastRow="0" w:firstColumn="1" w:lastColumn="0" w:noHBand="0" w:noVBand="1"/>
      </w:tblPr>
      <w:tblGrid>
        <w:gridCol w:w="2551"/>
        <w:gridCol w:w="7087"/>
      </w:tblGrid>
      <w:tr w:rsidR="00062868" w:rsidRPr="000F1332" w14:paraId="54C990CB" w14:textId="77777777">
        <w:trPr>
          <w:jc w:val="center"/>
        </w:trPr>
        <w:tc>
          <w:tcPr>
            <w:tcW w:w="2551" w:type="dxa"/>
            <w:shd w:val="clear" w:color="auto" w:fill="EAF2F8"/>
            <w:vAlign w:val="center"/>
          </w:tcPr>
          <w:p w14:paraId="03E4A824" w14:textId="77777777" w:rsidR="00062868" w:rsidRPr="000F1332" w:rsidRDefault="002C5D06">
            <w:pPr>
              <w:spacing w:line="276" w:lineRule="auto"/>
              <w:rPr>
                <w:rFonts w:ascii="BIZ UDPゴシック" w:eastAsia="BIZ UDPゴシック" w:hAnsi="BIZ UDPゴシック"/>
              </w:rPr>
            </w:pPr>
            <w:r w:rsidRPr="000F1332">
              <w:rPr>
                <w:rFonts w:ascii="BIZ UDPゴシック" w:eastAsia="BIZ UDPゴシック" w:hAnsi="BIZ UDPゴシック" w:cs="Calibri"/>
                <w:b/>
                <w:sz w:val="19"/>
              </w:rPr>
              <w:t>（1）申請コース</w:t>
            </w:r>
          </w:p>
        </w:tc>
        <w:tc>
          <w:tcPr>
            <w:tcW w:w="7087" w:type="dxa"/>
            <w:vAlign w:val="center"/>
          </w:tcPr>
          <w:p w14:paraId="761312EA"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sz w:val="19"/>
                <w:lang w:eastAsia="ja-JP"/>
              </w:rPr>
              <w:t>□ 教員コース　　□ 大学院生コース</w:t>
            </w:r>
          </w:p>
        </w:tc>
      </w:tr>
      <w:tr w:rsidR="00062868" w:rsidRPr="000F1332" w14:paraId="1868BB21" w14:textId="77777777">
        <w:trPr>
          <w:jc w:val="center"/>
        </w:trPr>
        <w:tc>
          <w:tcPr>
            <w:tcW w:w="2551" w:type="dxa"/>
            <w:shd w:val="clear" w:color="auto" w:fill="EAF2F8"/>
            <w:vAlign w:val="center"/>
          </w:tcPr>
          <w:p w14:paraId="53C4AA44" w14:textId="77777777" w:rsidR="00062868" w:rsidRPr="000F1332" w:rsidRDefault="002C5D06">
            <w:pPr>
              <w:spacing w:line="276" w:lineRule="auto"/>
              <w:rPr>
                <w:rFonts w:ascii="BIZ UDPゴシック" w:eastAsia="BIZ UDPゴシック" w:hAnsi="BIZ UDPゴシック"/>
              </w:rPr>
            </w:pPr>
            <w:r w:rsidRPr="000F1332">
              <w:rPr>
                <w:rFonts w:ascii="BIZ UDPゴシック" w:eastAsia="BIZ UDPゴシック" w:hAnsi="BIZ UDPゴシック" w:cs="Calibri"/>
                <w:b/>
                <w:sz w:val="19"/>
              </w:rPr>
              <w:t>（2）実施代表者</w:t>
            </w:r>
          </w:p>
        </w:tc>
        <w:tc>
          <w:tcPr>
            <w:tcW w:w="7087" w:type="dxa"/>
            <w:vAlign w:val="center"/>
          </w:tcPr>
          <w:p w14:paraId="3AC4C979" w14:textId="77777777" w:rsidR="00062868" w:rsidRPr="000F1332" w:rsidRDefault="002C5D06">
            <w:pPr>
              <w:spacing w:line="276" w:lineRule="auto"/>
              <w:rPr>
                <w:rFonts w:ascii="BIZ UDPゴシック" w:eastAsia="BIZ UDPゴシック" w:hAnsi="BIZ UDPゴシック"/>
                <w:lang w:eastAsia="zh-CN"/>
              </w:rPr>
            </w:pPr>
            <w:r w:rsidRPr="000F1332">
              <w:rPr>
                <w:rFonts w:ascii="BIZ UDPゴシック" w:eastAsia="BIZ UDPゴシック" w:hAnsi="BIZ UDPゴシック" w:cs="Calibri"/>
                <w:sz w:val="19"/>
                <w:lang w:eastAsia="zh-CN"/>
              </w:rPr>
              <w:t>氏名：</w:t>
            </w:r>
          </w:p>
          <w:p w14:paraId="2A71E779" w14:textId="77777777" w:rsidR="00062868" w:rsidRPr="000F1332" w:rsidRDefault="002C5D06">
            <w:pPr>
              <w:spacing w:line="276" w:lineRule="auto"/>
              <w:rPr>
                <w:rFonts w:ascii="BIZ UDPゴシック" w:eastAsia="BIZ UDPゴシック" w:hAnsi="BIZ UDPゴシック"/>
                <w:lang w:eastAsia="zh-CN"/>
              </w:rPr>
            </w:pPr>
            <w:r w:rsidRPr="000F1332">
              <w:rPr>
                <w:rFonts w:ascii="BIZ UDPゴシック" w:eastAsia="BIZ UDPゴシック" w:hAnsi="BIZ UDPゴシック" w:cs="Calibri"/>
                <w:sz w:val="19"/>
                <w:lang w:eastAsia="zh-CN"/>
              </w:rPr>
              <w:t>所属学部／研究科：</w:t>
            </w:r>
          </w:p>
          <w:p w14:paraId="6EC9CF7E"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sz w:val="19"/>
                <w:lang w:eastAsia="ja-JP"/>
              </w:rPr>
              <w:t>学科／専攻・研究室：</w:t>
            </w:r>
          </w:p>
          <w:p w14:paraId="4F29FA00"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sz w:val="19"/>
                <w:lang w:eastAsia="ja-JP"/>
              </w:rPr>
              <w:t>職名／学年：</w:t>
            </w:r>
          </w:p>
        </w:tc>
      </w:tr>
      <w:tr w:rsidR="00062868" w:rsidRPr="000F1332" w14:paraId="6D7D7829" w14:textId="77777777">
        <w:trPr>
          <w:jc w:val="center"/>
        </w:trPr>
        <w:tc>
          <w:tcPr>
            <w:tcW w:w="2551" w:type="dxa"/>
            <w:shd w:val="clear" w:color="auto" w:fill="EAF2F8"/>
            <w:vAlign w:val="center"/>
          </w:tcPr>
          <w:p w14:paraId="04DF8E66" w14:textId="77777777" w:rsidR="00062868" w:rsidRPr="000F1332" w:rsidRDefault="002C5D06">
            <w:pPr>
              <w:spacing w:line="276" w:lineRule="auto"/>
              <w:rPr>
                <w:rFonts w:ascii="BIZ UDPゴシック" w:eastAsia="BIZ UDPゴシック" w:hAnsi="BIZ UDPゴシック"/>
              </w:rPr>
            </w:pPr>
            <w:r w:rsidRPr="000F1332">
              <w:rPr>
                <w:rFonts w:ascii="BIZ UDPゴシック" w:eastAsia="BIZ UDPゴシック" w:hAnsi="BIZ UDPゴシック" w:cs="Calibri"/>
                <w:b/>
                <w:sz w:val="19"/>
              </w:rPr>
              <w:t>（3）実施テーマ</w:t>
            </w:r>
          </w:p>
        </w:tc>
        <w:tc>
          <w:tcPr>
            <w:tcW w:w="7087" w:type="dxa"/>
            <w:vAlign w:val="center"/>
          </w:tcPr>
          <w:p w14:paraId="4FE9FFD1" w14:textId="77777777" w:rsidR="00062868" w:rsidRDefault="002C5D06">
            <w:pPr>
              <w:spacing w:line="276" w:lineRule="auto"/>
              <w:rPr>
                <w:rFonts w:ascii="BIZ UDPゴシック" w:eastAsia="BIZ UDPゴシック" w:hAnsi="BIZ UDPゴシック" w:cs="Calibri"/>
                <w:sz w:val="19"/>
              </w:rPr>
            </w:pPr>
            <w:proofErr w:type="spellStart"/>
            <w:r w:rsidRPr="000F1332">
              <w:rPr>
                <w:rFonts w:ascii="BIZ UDPゴシック" w:eastAsia="BIZ UDPゴシック" w:hAnsi="BIZ UDPゴシック" w:cs="Calibri"/>
                <w:sz w:val="19"/>
              </w:rPr>
              <w:t>テーマ名</w:t>
            </w:r>
            <w:proofErr w:type="spellEnd"/>
            <w:r w:rsidRPr="000F1332">
              <w:rPr>
                <w:rFonts w:ascii="BIZ UDPゴシック" w:eastAsia="BIZ UDPゴシック" w:hAnsi="BIZ UDPゴシック" w:cs="Calibri"/>
                <w:sz w:val="19"/>
              </w:rPr>
              <w:t>：</w:t>
            </w:r>
          </w:p>
          <w:p w14:paraId="0F669562" w14:textId="4438BE51" w:rsidR="00E37784" w:rsidRPr="000F1332" w:rsidRDefault="00E37784">
            <w:pPr>
              <w:spacing w:line="276" w:lineRule="auto"/>
              <w:rPr>
                <w:rFonts w:ascii="BIZ UDPゴシック" w:eastAsia="BIZ UDPゴシック" w:hAnsi="BIZ UDPゴシック"/>
              </w:rPr>
            </w:pPr>
          </w:p>
        </w:tc>
      </w:tr>
      <w:tr w:rsidR="00062868" w:rsidRPr="000F1332" w14:paraId="4EA679D0" w14:textId="77777777">
        <w:trPr>
          <w:jc w:val="center"/>
        </w:trPr>
        <w:tc>
          <w:tcPr>
            <w:tcW w:w="2551" w:type="dxa"/>
            <w:shd w:val="clear" w:color="auto" w:fill="EAF2F8"/>
            <w:vAlign w:val="center"/>
          </w:tcPr>
          <w:p w14:paraId="0177B981" w14:textId="77777777" w:rsidR="00062868" w:rsidRPr="000F1332" w:rsidRDefault="002C5D06">
            <w:pPr>
              <w:spacing w:line="276" w:lineRule="auto"/>
              <w:rPr>
                <w:rFonts w:ascii="BIZ UDPゴシック" w:eastAsia="BIZ UDPゴシック" w:hAnsi="BIZ UDPゴシック"/>
              </w:rPr>
            </w:pPr>
            <w:r w:rsidRPr="000F1332">
              <w:rPr>
                <w:rFonts w:ascii="BIZ UDPゴシック" w:eastAsia="BIZ UDPゴシック" w:hAnsi="BIZ UDPゴシック" w:cs="Calibri"/>
                <w:b/>
                <w:sz w:val="19"/>
              </w:rPr>
              <w:t>（4）共同実施者等</w:t>
            </w:r>
          </w:p>
        </w:tc>
        <w:tc>
          <w:tcPr>
            <w:tcW w:w="7087" w:type="dxa"/>
            <w:vAlign w:val="center"/>
          </w:tcPr>
          <w:p w14:paraId="69144009"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sz w:val="19"/>
                <w:lang w:eastAsia="ja-JP"/>
              </w:rPr>
              <w:t>共同実施者の有無：　□ 有　□ 無</w:t>
            </w:r>
          </w:p>
          <w:p w14:paraId="48E97F9F"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sz w:val="19"/>
                <w:lang w:eastAsia="ja-JP"/>
              </w:rPr>
              <w:t>事業化プロデューサー候補の有無：　□ 有　□ 無</w:t>
            </w:r>
          </w:p>
          <w:p w14:paraId="40D1E0B6"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sz w:val="19"/>
                <w:lang w:eastAsia="ja-JP"/>
              </w:rPr>
              <w:t>※有の場合は、氏名・所属・役割を簡潔に記載してください。</w:t>
            </w:r>
          </w:p>
        </w:tc>
      </w:tr>
      <w:tr w:rsidR="00062868" w:rsidRPr="000F1332" w14:paraId="7042A83B" w14:textId="77777777">
        <w:trPr>
          <w:jc w:val="center"/>
        </w:trPr>
        <w:tc>
          <w:tcPr>
            <w:tcW w:w="2551" w:type="dxa"/>
            <w:shd w:val="clear" w:color="auto" w:fill="EAF2F8"/>
            <w:vAlign w:val="center"/>
          </w:tcPr>
          <w:p w14:paraId="639BF647"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b/>
                <w:sz w:val="19"/>
                <w:lang w:eastAsia="ja-JP"/>
              </w:rPr>
              <w:t>（5）大学院生コースのみ</w:t>
            </w:r>
          </w:p>
        </w:tc>
        <w:tc>
          <w:tcPr>
            <w:tcW w:w="7087" w:type="dxa"/>
            <w:vAlign w:val="center"/>
          </w:tcPr>
          <w:p w14:paraId="7143FA33"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sz w:val="19"/>
                <w:lang w:eastAsia="ja-JP"/>
              </w:rPr>
              <w:t>指導教員氏名：</w:t>
            </w:r>
          </w:p>
          <w:p w14:paraId="57E272C2"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sz w:val="19"/>
                <w:lang w:eastAsia="ja-JP"/>
              </w:rPr>
              <w:t>指導教員所属・職名：</w:t>
            </w:r>
          </w:p>
          <w:p w14:paraId="25595C9D" w14:textId="77777777" w:rsidR="00062868" w:rsidRPr="000F1332" w:rsidRDefault="002C5D06">
            <w:pPr>
              <w:spacing w:line="276" w:lineRule="auto"/>
              <w:rPr>
                <w:rFonts w:ascii="BIZ UDPゴシック" w:eastAsia="BIZ UDPゴシック" w:hAnsi="BIZ UDPゴシック"/>
                <w:lang w:eastAsia="ja-JP"/>
              </w:rPr>
            </w:pPr>
            <w:r w:rsidRPr="000F1332">
              <w:rPr>
                <w:rFonts w:ascii="BIZ UDPゴシック" w:eastAsia="BIZ UDPゴシック" w:hAnsi="BIZ UDPゴシック" w:cs="Calibri"/>
                <w:sz w:val="19"/>
                <w:lang w:eastAsia="ja-JP"/>
              </w:rPr>
              <w:t>※大学院生が実施代表者となる場合は、別紙「確認書」を提出してください。</w:t>
            </w:r>
          </w:p>
        </w:tc>
      </w:tr>
      <w:tr w:rsidR="00062868" w:rsidRPr="000F1332" w14:paraId="7856B806" w14:textId="77777777">
        <w:trPr>
          <w:jc w:val="center"/>
        </w:trPr>
        <w:tc>
          <w:tcPr>
            <w:tcW w:w="2551" w:type="dxa"/>
            <w:shd w:val="clear" w:color="auto" w:fill="EAF2F8"/>
            <w:vAlign w:val="center"/>
          </w:tcPr>
          <w:p w14:paraId="483CDE49" w14:textId="77777777" w:rsidR="00062868" w:rsidRPr="000F1332" w:rsidRDefault="002C5D06">
            <w:pPr>
              <w:spacing w:line="276" w:lineRule="auto"/>
              <w:rPr>
                <w:rFonts w:ascii="BIZ UDPゴシック" w:eastAsia="BIZ UDPゴシック" w:hAnsi="BIZ UDPゴシック"/>
              </w:rPr>
            </w:pPr>
            <w:proofErr w:type="spellStart"/>
            <w:r w:rsidRPr="000F1332">
              <w:rPr>
                <w:rFonts w:ascii="BIZ UDPゴシック" w:eastAsia="BIZ UDPゴシック" w:hAnsi="BIZ UDPゴシック" w:cs="Calibri"/>
                <w:b/>
                <w:sz w:val="19"/>
              </w:rPr>
              <w:t>連絡先</w:t>
            </w:r>
            <w:proofErr w:type="spellEnd"/>
          </w:p>
        </w:tc>
        <w:tc>
          <w:tcPr>
            <w:tcW w:w="7087" w:type="dxa"/>
            <w:vAlign w:val="center"/>
          </w:tcPr>
          <w:p w14:paraId="6228844A" w14:textId="77777777" w:rsidR="00062868" w:rsidRPr="000F1332" w:rsidRDefault="002C5D06">
            <w:pPr>
              <w:spacing w:line="276" w:lineRule="auto"/>
              <w:rPr>
                <w:rFonts w:ascii="BIZ UDPゴシック" w:eastAsia="BIZ UDPゴシック" w:hAnsi="BIZ UDPゴシック"/>
              </w:rPr>
            </w:pPr>
            <w:proofErr w:type="spellStart"/>
            <w:r w:rsidRPr="000F1332">
              <w:rPr>
                <w:rFonts w:ascii="BIZ UDPゴシック" w:eastAsia="BIZ UDPゴシック" w:hAnsi="BIZ UDPゴシック" w:cs="Calibri"/>
                <w:sz w:val="19"/>
              </w:rPr>
              <w:t>電話</w:t>
            </w:r>
            <w:proofErr w:type="spellEnd"/>
            <w:r w:rsidRPr="000F1332">
              <w:rPr>
                <w:rFonts w:ascii="BIZ UDPゴシック" w:eastAsia="BIZ UDPゴシック" w:hAnsi="BIZ UDPゴシック" w:cs="Calibri"/>
                <w:sz w:val="19"/>
              </w:rPr>
              <w:t>：</w:t>
            </w:r>
          </w:p>
          <w:p w14:paraId="4767E8B1" w14:textId="77777777" w:rsidR="00062868" w:rsidRPr="000F1332" w:rsidRDefault="002C5D06">
            <w:pPr>
              <w:spacing w:line="276" w:lineRule="auto"/>
              <w:rPr>
                <w:rFonts w:ascii="BIZ UDPゴシック" w:eastAsia="BIZ UDPゴシック" w:hAnsi="BIZ UDPゴシック"/>
              </w:rPr>
            </w:pPr>
            <w:r w:rsidRPr="000F1332">
              <w:rPr>
                <w:rFonts w:ascii="BIZ UDPゴシック" w:eastAsia="BIZ UDPゴシック" w:hAnsi="BIZ UDPゴシック" w:cs="Calibri"/>
                <w:sz w:val="19"/>
              </w:rPr>
              <w:t>E-mail：</w:t>
            </w:r>
          </w:p>
        </w:tc>
      </w:tr>
    </w:tbl>
    <w:p w14:paraId="0CF93E1A" w14:textId="77777777" w:rsidR="00062868" w:rsidRPr="000F1332" w:rsidRDefault="00062868">
      <w:pPr>
        <w:rPr>
          <w:rFonts w:ascii="BIZ UDPゴシック" w:eastAsia="BIZ UDPゴシック" w:hAnsi="BIZ UDPゴシック"/>
          <w:lang w:eastAsia="ja-JP"/>
        </w:rPr>
      </w:pPr>
    </w:p>
    <w:p w14:paraId="50D016E7" w14:textId="77777777" w:rsidR="00062868" w:rsidRDefault="002C5D06">
      <w:pPr>
        <w:spacing w:after="40"/>
        <w:rPr>
          <w:rFonts w:ascii="BIZ UDPゴシック" w:eastAsia="BIZ UDPゴシック" w:hAnsi="BIZ UDPゴシック" w:cs="Calibri"/>
          <w:color w:val="0070C0"/>
          <w:sz w:val="18"/>
          <w:lang w:eastAsia="ja-JP"/>
        </w:rPr>
      </w:pPr>
      <w:r w:rsidRPr="000F1332">
        <w:rPr>
          <w:rFonts w:ascii="BIZ UDPゴシック" w:eastAsia="BIZ UDPゴシック" w:hAnsi="BIZ UDPゴシック" w:cs="Calibri"/>
          <w:b/>
          <w:color w:val="0070C0"/>
          <w:sz w:val="18"/>
          <w:lang w:eastAsia="ja-JP"/>
        </w:rPr>
        <w:t xml:space="preserve">【青字コメント】 </w:t>
      </w:r>
      <w:r w:rsidRPr="000F1332">
        <w:rPr>
          <w:rFonts w:ascii="BIZ UDPゴシック" w:eastAsia="BIZ UDPゴシック" w:hAnsi="BIZ UDPゴシック" w:cs="Calibri"/>
          <w:color w:val="0070C0"/>
          <w:sz w:val="18"/>
          <w:lang w:eastAsia="ja-JP"/>
        </w:rPr>
        <w:t>共同実施者等が未定の場合は「検討中」と記載してください。</w:t>
      </w:r>
    </w:p>
    <w:p w14:paraId="645840FF" w14:textId="77777777" w:rsidR="00EB2664" w:rsidRPr="000F1332" w:rsidRDefault="00EB2664">
      <w:pPr>
        <w:spacing w:after="40"/>
        <w:rPr>
          <w:rFonts w:ascii="BIZ UDPゴシック" w:eastAsia="BIZ UDPゴシック" w:hAnsi="BIZ UDPゴシック"/>
          <w:lang w:eastAsia="ja-JP"/>
        </w:rPr>
      </w:pPr>
    </w:p>
    <w:p w14:paraId="29DB1E57" w14:textId="5CAAB118" w:rsidR="00EB2664" w:rsidRDefault="00EB2664">
      <w:pPr>
        <w:spacing w:before="120" w:after="40" w:line="300" w:lineRule="auto"/>
        <w:rPr>
          <w:rFonts w:ascii="BIZ UDPゴシック" w:eastAsia="BIZ UDPゴシック" w:hAnsi="BIZ UDPゴシック" w:cs="Calibri"/>
          <w:b/>
          <w:sz w:val="23"/>
          <w:lang w:eastAsia="ja-JP"/>
        </w:rPr>
      </w:pPr>
      <w:r>
        <w:rPr>
          <w:rFonts w:ascii="BIZ UDPゴシック" w:eastAsia="BIZ UDPゴシック" w:hAnsi="BIZ UDPゴシック" w:cs="Calibri" w:hint="eastAsia"/>
          <w:b/>
          <w:sz w:val="23"/>
          <w:lang w:eastAsia="ja-JP"/>
        </w:rPr>
        <w:t>２．申請動機</w:t>
      </w:r>
    </w:p>
    <w:p w14:paraId="5232B0C3" w14:textId="32B8BD38" w:rsidR="00EB2664" w:rsidRPr="00522C0C" w:rsidRDefault="00EB2664">
      <w:pPr>
        <w:spacing w:before="120" w:after="40" w:line="300" w:lineRule="auto"/>
        <w:rPr>
          <w:rFonts w:ascii="BIZ UDPゴシック" w:eastAsia="BIZ UDPゴシック" w:hAnsi="BIZ UDPゴシック" w:cs="Calibri"/>
          <w:bCs/>
          <w:color w:val="0070C0"/>
          <w:sz w:val="18"/>
          <w:szCs w:val="16"/>
          <w:lang w:eastAsia="ja-JP"/>
        </w:rPr>
      </w:pPr>
      <w:r w:rsidRPr="00522C0C">
        <w:rPr>
          <w:rFonts w:ascii="BIZ UDPゴシック" w:eastAsia="BIZ UDPゴシック" w:hAnsi="BIZ UDPゴシック" w:cs="Calibri" w:hint="eastAsia"/>
          <w:bCs/>
          <w:color w:val="0070C0"/>
          <w:sz w:val="18"/>
          <w:szCs w:val="16"/>
          <w:lang w:eastAsia="ja-JP"/>
        </w:rPr>
        <w:t>今回KUGAPを申請する想いをお聞かせください。</w:t>
      </w:r>
    </w:p>
    <w:p w14:paraId="7B6A1D33" w14:textId="77777777" w:rsidR="00EB2664" w:rsidRDefault="00EB2664">
      <w:pPr>
        <w:spacing w:before="120" w:after="40" w:line="300" w:lineRule="auto"/>
        <w:rPr>
          <w:rFonts w:ascii="BIZ UDPゴシック" w:eastAsia="BIZ UDPゴシック" w:hAnsi="BIZ UDPゴシック" w:cs="Calibri"/>
          <w:b/>
          <w:sz w:val="23"/>
          <w:lang w:eastAsia="ja-JP"/>
        </w:rPr>
      </w:pPr>
    </w:p>
    <w:p w14:paraId="7A49FC92" w14:textId="53C41225" w:rsidR="00070725" w:rsidRPr="000F1332" w:rsidRDefault="00070725" w:rsidP="00070725">
      <w:pPr>
        <w:spacing w:before="120" w:after="40" w:line="300" w:lineRule="auto"/>
        <w:rPr>
          <w:rFonts w:ascii="BIZ UDPゴシック" w:eastAsia="BIZ UDPゴシック" w:hAnsi="BIZ UDPゴシック"/>
          <w:lang w:eastAsia="ja-JP"/>
        </w:rPr>
      </w:pPr>
      <w:r>
        <w:rPr>
          <w:rFonts w:ascii="BIZ UDPゴシック" w:eastAsia="BIZ UDPゴシック" w:hAnsi="BIZ UDPゴシック" w:cs="Calibri" w:hint="eastAsia"/>
          <w:b/>
          <w:sz w:val="23"/>
          <w:lang w:eastAsia="ja-JP"/>
        </w:rPr>
        <w:t>３</w:t>
      </w:r>
      <w:r w:rsidRPr="000F1332">
        <w:rPr>
          <w:rFonts w:ascii="BIZ UDPゴシック" w:eastAsia="BIZ UDPゴシック" w:hAnsi="BIZ UDPゴシック" w:cs="Calibri"/>
          <w:b/>
          <w:sz w:val="23"/>
          <w:lang w:eastAsia="ja-JP"/>
        </w:rPr>
        <w:t>．現時点で想定している事業化の方向性</w:t>
      </w:r>
    </w:p>
    <w:p w14:paraId="036B5425" w14:textId="77777777" w:rsidR="00070725" w:rsidRPr="00522C0C" w:rsidRDefault="00070725" w:rsidP="00070725">
      <w:pPr>
        <w:spacing w:after="40" w:line="300" w:lineRule="auto"/>
        <w:rPr>
          <w:rFonts w:ascii="BIZ UDPゴシック" w:eastAsia="BIZ UDPゴシック" w:hAnsi="BIZ UDPゴシック"/>
          <w:color w:val="0070C0"/>
          <w:lang w:eastAsia="ja-JP"/>
        </w:rPr>
      </w:pPr>
      <w:r w:rsidRPr="00522C0C">
        <w:rPr>
          <w:rFonts w:ascii="BIZ UDPゴシック" w:eastAsia="BIZ UDPゴシック" w:hAnsi="BIZ UDPゴシック" w:cs="Calibri"/>
          <w:color w:val="0070C0"/>
          <w:sz w:val="19"/>
          <w:lang w:eastAsia="ja-JP"/>
        </w:rPr>
        <w:t>現時点で考えている事業化の進め方や</w:t>
      </w:r>
      <w:r w:rsidRPr="00522C0C">
        <w:rPr>
          <w:rFonts w:ascii="BIZ UDPゴシック" w:eastAsia="BIZ UDPゴシック" w:hAnsi="BIZ UDPゴシック" w:cs="Calibri" w:hint="eastAsia"/>
          <w:color w:val="0070C0"/>
          <w:sz w:val="19"/>
          <w:lang w:eastAsia="ja-JP"/>
        </w:rPr>
        <w:t>ビジネスモデル</w:t>
      </w:r>
      <w:r w:rsidRPr="00522C0C">
        <w:rPr>
          <w:rFonts w:ascii="BIZ UDPゴシック" w:eastAsia="BIZ UDPゴシック" w:hAnsi="BIZ UDPゴシック" w:cs="Calibri"/>
          <w:color w:val="0070C0"/>
          <w:sz w:val="19"/>
          <w:lang w:eastAsia="ja-JP"/>
        </w:rPr>
        <w:t>を記載してください。必要に応じて、共同研究、ライセンス等の活用の考え方も含めて記載してください。</w:t>
      </w:r>
    </w:p>
    <w:p w14:paraId="4787C085" w14:textId="77777777" w:rsidR="00070725" w:rsidRPr="00522C0C" w:rsidRDefault="00070725" w:rsidP="00070725">
      <w:pPr>
        <w:spacing w:after="40"/>
        <w:rPr>
          <w:rFonts w:ascii="BIZ UDPゴシック" w:eastAsia="BIZ UDPゴシック" w:hAnsi="BIZ UDPゴシック"/>
          <w:color w:val="0070C0"/>
          <w:lang w:eastAsia="ja-JP"/>
        </w:rPr>
      </w:pPr>
      <w:r w:rsidRPr="00522C0C">
        <w:rPr>
          <w:rFonts w:ascii="BIZ UDPゴシック" w:eastAsia="BIZ UDPゴシック" w:hAnsi="BIZ UDPゴシック" w:cs="Calibri"/>
          <w:color w:val="0070C0"/>
          <w:sz w:val="18"/>
          <w:lang w:eastAsia="ja-JP"/>
        </w:rPr>
        <w:t>例：現時点でどのような事業化の進め方</w:t>
      </w:r>
      <w:r w:rsidRPr="00522C0C">
        <w:rPr>
          <w:rFonts w:ascii="BIZ UDPゴシック" w:eastAsia="BIZ UDPゴシック" w:hAnsi="BIZ UDPゴシック" w:cs="Calibri" w:hint="eastAsia"/>
          <w:color w:val="0070C0"/>
          <w:sz w:val="18"/>
          <w:lang w:eastAsia="ja-JP"/>
        </w:rPr>
        <w:t>やビジネスモデル</w:t>
      </w:r>
      <w:r w:rsidRPr="00522C0C">
        <w:rPr>
          <w:rFonts w:ascii="BIZ UDPゴシック" w:eastAsia="BIZ UDPゴシック" w:hAnsi="BIZ UDPゴシック" w:cs="Calibri"/>
          <w:color w:val="0070C0"/>
          <w:sz w:val="18"/>
          <w:lang w:eastAsia="ja-JP"/>
        </w:rPr>
        <w:t>を想定しているか／KUGAPで取り組むことにより何を前進させたいか</w:t>
      </w:r>
    </w:p>
    <w:p w14:paraId="3DF1872F" w14:textId="77777777" w:rsidR="00070725" w:rsidRDefault="00070725" w:rsidP="00070725">
      <w:pPr>
        <w:spacing w:before="120" w:after="40" w:line="300" w:lineRule="auto"/>
        <w:rPr>
          <w:rFonts w:ascii="BIZ UDPゴシック" w:eastAsia="BIZ UDPゴシック" w:hAnsi="BIZ UDPゴシック" w:cs="Calibri"/>
          <w:sz w:val="20"/>
          <w:lang w:eastAsia="ja-JP"/>
        </w:rPr>
      </w:pPr>
      <w:bookmarkStart w:id="0" w:name="_Hlk226105876"/>
    </w:p>
    <w:bookmarkEnd w:id="0"/>
    <w:p w14:paraId="75DBD9E2" w14:textId="77777777" w:rsidR="00070725" w:rsidRDefault="00070725" w:rsidP="00070725">
      <w:pPr>
        <w:spacing w:before="120" w:after="40" w:line="300" w:lineRule="auto"/>
        <w:rPr>
          <w:rFonts w:ascii="BIZ UDPゴシック" w:eastAsia="BIZ UDPゴシック" w:hAnsi="BIZ UDPゴシック" w:cs="Calibri"/>
          <w:sz w:val="20"/>
          <w:lang w:eastAsia="ja-JP"/>
        </w:rPr>
      </w:pPr>
    </w:p>
    <w:p w14:paraId="0E429BB4" w14:textId="77777777" w:rsidR="00070725" w:rsidRDefault="00070725" w:rsidP="00070725">
      <w:pPr>
        <w:spacing w:before="120" w:after="40" w:line="300" w:lineRule="auto"/>
        <w:rPr>
          <w:rFonts w:ascii="BIZ UDPゴシック" w:eastAsia="BIZ UDPゴシック" w:hAnsi="BIZ UDPゴシック" w:cs="Calibri"/>
          <w:sz w:val="20"/>
          <w:lang w:eastAsia="ja-JP"/>
        </w:rPr>
      </w:pPr>
    </w:p>
    <w:p w14:paraId="5CB3D6F2" w14:textId="77777777" w:rsidR="00070725" w:rsidRPr="00070725" w:rsidRDefault="00070725">
      <w:pPr>
        <w:spacing w:before="120" w:after="40" w:line="300" w:lineRule="auto"/>
        <w:rPr>
          <w:rFonts w:ascii="BIZ UDPゴシック" w:eastAsia="BIZ UDPゴシック" w:hAnsi="BIZ UDPゴシック" w:cs="Calibri"/>
          <w:b/>
          <w:sz w:val="23"/>
          <w:lang w:eastAsia="ja-JP"/>
        </w:rPr>
      </w:pPr>
    </w:p>
    <w:p w14:paraId="5A0B833E" w14:textId="7B169629" w:rsidR="00062868" w:rsidRPr="000F1332" w:rsidRDefault="00070725">
      <w:pPr>
        <w:spacing w:before="120" w:after="40" w:line="300" w:lineRule="auto"/>
        <w:rPr>
          <w:rFonts w:ascii="BIZ UDPゴシック" w:eastAsia="BIZ UDPゴシック" w:hAnsi="BIZ UDPゴシック"/>
          <w:lang w:eastAsia="ja-JP"/>
        </w:rPr>
      </w:pPr>
      <w:r>
        <w:rPr>
          <w:rFonts w:ascii="BIZ UDPゴシック" w:eastAsia="BIZ UDPゴシック" w:hAnsi="BIZ UDPゴシック" w:cs="Calibri" w:hint="eastAsia"/>
          <w:b/>
          <w:sz w:val="23"/>
          <w:lang w:eastAsia="ja-JP"/>
        </w:rPr>
        <w:t>４</w:t>
      </w:r>
      <w:r w:rsidR="002C5D06" w:rsidRPr="000F1332">
        <w:rPr>
          <w:rFonts w:ascii="BIZ UDPゴシック" w:eastAsia="BIZ UDPゴシック" w:hAnsi="BIZ UDPゴシック" w:cs="Calibri"/>
          <w:b/>
          <w:sz w:val="23"/>
          <w:lang w:eastAsia="ja-JP"/>
        </w:rPr>
        <w:t>．研究成果・技術シーズの概要</w:t>
      </w:r>
    </w:p>
    <w:p w14:paraId="06B6CDE0" w14:textId="743FCD8E" w:rsidR="00062868" w:rsidRPr="00522C0C" w:rsidRDefault="002C5D06">
      <w:pPr>
        <w:spacing w:after="40" w:line="300" w:lineRule="auto"/>
        <w:rPr>
          <w:rFonts w:ascii="BIZ UDPゴシック" w:eastAsia="BIZ UDPゴシック" w:hAnsi="BIZ UDPゴシック"/>
          <w:color w:val="0070C0"/>
          <w:lang w:eastAsia="ja-JP"/>
        </w:rPr>
      </w:pPr>
      <w:r w:rsidRPr="00522C0C">
        <w:rPr>
          <w:rFonts w:ascii="BIZ UDPゴシック" w:eastAsia="BIZ UDPゴシック" w:hAnsi="BIZ UDPゴシック" w:cs="Calibri"/>
          <w:color w:val="0070C0"/>
          <w:sz w:val="19"/>
          <w:lang w:eastAsia="ja-JP"/>
        </w:rPr>
        <w:t>本学の研究成果との関係が分かるよう、研究成果・技術シーズの内容、その特徴や強み、現状が分かるように記載してください。図表・写真等は、説明に必要な範囲で適宜掲載してください。</w:t>
      </w:r>
    </w:p>
    <w:p w14:paraId="2E04B084" w14:textId="7986D21F" w:rsidR="00062868" w:rsidRPr="00522C0C" w:rsidRDefault="002C5D06">
      <w:pPr>
        <w:spacing w:after="40"/>
        <w:rPr>
          <w:rFonts w:ascii="BIZ UDPゴシック" w:eastAsia="BIZ UDPゴシック" w:hAnsi="BIZ UDPゴシック"/>
          <w:color w:val="0070C0"/>
          <w:lang w:eastAsia="ja-JP"/>
        </w:rPr>
      </w:pPr>
      <w:r w:rsidRPr="00522C0C">
        <w:rPr>
          <w:rFonts w:ascii="BIZ UDPゴシック" w:eastAsia="BIZ UDPゴシック" w:hAnsi="BIZ UDPゴシック" w:cs="Calibri"/>
          <w:b/>
          <w:color w:val="0070C0"/>
          <w:sz w:val="18"/>
          <w:lang w:eastAsia="ja-JP"/>
        </w:rPr>
        <w:t xml:space="preserve"> </w:t>
      </w:r>
      <w:r w:rsidRPr="00522C0C">
        <w:rPr>
          <w:rFonts w:ascii="BIZ UDPゴシック" w:eastAsia="BIZ UDPゴシック" w:hAnsi="BIZ UDPゴシック" w:cs="Calibri"/>
          <w:color w:val="0070C0"/>
          <w:sz w:val="18"/>
          <w:lang w:eastAsia="ja-JP"/>
        </w:rPr>
        <w:t>例：研究成果・技術シーズの概要／何が新しいのか、どこに強みがあるのか／これまでの検討状況や現在の状況</w:t>
      </w:r>
    </w:p>
    <w:p w14:paraId="5A448DAE" w14:textId="77777777" w:rsidR="000C1367" w:rsidRPr="00522C0C" w:rsidRDefault="000C1367">
      <w:pPr>
        <w:spacing w:before="120" w:after="40" w:line="300" w:lineRule="auto"/>
        <w:rPr>
          <w:rFonts w:ascii="BIZ UDPゴシック" w:eastAsia="BIZ UDPゴシック" w:hAnsi="BIZ UDPゴシック" w:cs="Calibri"/>
          <w:color w:val="0070C0"/>
          <w:sz w:val="20"/>
          <w:lang w:eastAsia="ja-JP"/>
        </w:rPr>
      </w:pPr>
    </w:p>
    <w:p w14:paraId="728B2182" w14:textId="77777777" w:rsidR="000C1367" w:rsidRDefault="000C1367">
      <w:pPr>
        <w:spacing w:before="120" w:after="40" w:line="300" w:lineRule="auto"/>
        <w:rPr>
          <w:rFonts w:ascii="BIZ UDPゴシック" w:eastAsia="BIZ UDPゴシック" w:hAnsi="BIZ UDPゴシック" w:cs="Calibri"/>
          <w:sz w:val="20"/>
          <w:lang w:eastAsia="ja-JP"/>
        </w:rPr>
      </w:pPr>
    </w:p>
    <w:p w14:paraId="60EE1E3E" w14:textId="77777777" w:rsidR="00A13F4A" w:rsidRDefault="00A13F4A">
      <w:pPr>
        <w:spacing w:before="120" w:after="40" w:line="300" w:lineRule="auto"/>
        <w:rPr>
          <w:rFonts w:ascii="BIZ UDPゴシック" w:eastAsia="BIZ UDPゴシック" w:hAnsi="BIZ UDPゴシック" w:cs="Calibri"/>
          <w:sz w:val="20"/>
          <w:lang w:eastAsia="ja-JP"/>
        </w:rPr>
      </w:pPr>
    </w:p>
    <w:p w14:paraId="003D4A7C" w14:textId="6C15FEF8" w:rsidR="00062868" w:rsidRPr="000F1332" w:rsidRDefault="00070725">
      <w:pPr>
        <w:spacing w:before="120" w:after="40" w:line="300" w:lineRule="auto"/>
        <w:rPr>
          <w:rFonts w:ascii="BIZ UDPゴシック" w:eastAsia="BIZ UDPゴシック" w:hAnsi="BIZ UDPゴシック"/>
          <w:lang w:eastAsia="ja-JP"/>
        </w:rPr>
      </w:pPr>
      <w:r>
        <w:rPr>
          <w:rFonts w:ascii="BIZ UDPゴシック" w:eastAsia="BIZ UDPゴシック" w:hAnsi="BIZ UDPゴシック" w:cs="Calibri" w:hint="eastAsia"/>
          <w:b/>
          <w:sz w:val="23"/>
          <w:lang w:eastAsia="ja-JP"/>
        </w:rPr>
        <w:t>５</w:t>
      </w:r>
      <w:r w:rsidR="00EB2664">
        <w:rPr>
          <w:rFonts w:ascii="BIZ UDPゴシック" w:eastAsia="BIZ UDPゴシック" w:hAnsi="BIZ UDPゴシック" w:cs="Calibri" w:hint="eastAsia"/>
          <w:b/>
          <w:sz w:val="23"/>
          <w:lang w:eastAsia="ja-JP"/>
        </w:rPr>
        <w:t>.</w:t>
      </w:r>
      <w:r w:rsidR="002C5D06" w:rsidRPr="000F1332">
        <w:rPr>
          <w:rFonts w:ascii="BIZ UDPゴシック" w:eastAsia="BIZ UDPゴシック" w:hAnsi="BIZ UDPゴシック" w:cs="Calibri"/>
          <w:b/>
          <w:sz w:val="23"/>
          <w:lang w:eastAsia="ja-JP"/>
        </w:rPr>
        <w:t>解決したい課題</w:t>
      </w:r>
    </w:p>
    <w:p w14:paraId="4A5F170A" w14:textId="4437F41C" w:rsidR="00062868" w:rsidRPr="00522C0C" w:rsidRDefault="002C5D06">
      <w:pPr>
        <w:spacing w:after="40" w:line="300" w:lineRule="auto"/>
        <w:rPr>
          <w:rFonts w:ascii="BIZ UDPゴシック" w:eastAsia="BIZ UDPゴシック" w:hAnsi="BIZ UDPゴシック"/>
          <w:color w:val="0070C0"/>
          <w:lang w:eastAsia="ja-JP"/>
        </w:rPr>
      </w:pPr>
      <w:r w:rsidRPr="00522C0C">
        <w:rPr>
          <w:rFonts w:ascii="BIZ UDPゴシック" w:eastAsia="BIZ UDPゴシック" w:hAnsi="BIZ UDPゴシック" w:cs="Calibri"/>
          <w:color w:val="0070C0"/>
          <w:sz w:val="19"/>
          <w:lang w:eastAsia="ja-JP"/>
        </w:rPr>
        <w:t>想定している顧客・利用者、その課題、社会的背景や市場ニーズ等について記載してください。</w:t>
      </w:r>
    </w:p>
    <w:p w14:paraId="3D03C9FA" w14:textId="319CB1F6" w:rsidR="00062868" w:rsidRPr="000F1332" w:rsidRDefault="002C5D06">
      <w:pPr>
        <w:spacing w:after="40"/>
        <w:rPr>
          <w:rFonts w:ascii="BIZ UDPゴシック" w:eastAsia="BIZ UDPゴシック" w:hAnsi="BIZ UDPゴシック"/>
          <w:lang w:eastAsia="ja-JP"/>
        </w:rPr>
      </w:pPr>
      <w:r w:rsidRPr="000F1332">
        <w:rPr>
          <w:rFonts w:ascii="BIZ UDPゴシック" w:eastAsia="BIZ UDPゴシック" w:hAnsi="BIZ UDPゴシック" w:cs="Calibri"/>
          <w:color w:val="0070C0"/>
          <w:sz w:val="18"/>
          <w:lang w:eastAsia="ja-JP"/>
        </w:rPr>
        <w:t>例：誰のどのような課題を解決したいのか／その課題はなぜ重要か／どのような社会的背景や市場ニーズがあるか</w:t>
      </w:r>
    </w:p>
    <w:p w14:paraId="28295DAB" w14:textId="77777777" w:rsidR="000C1367" w:rsidRDefault="000C1367">
      <w:pPr>
        <w:spacing w:before="120" w:after="40" w:line="300" w:lineRule="auto"/>
        <w:rPr>
          <w:rFonts w:ascii="BIZ UDPゴシック" w:eastAsia="BIZ UDPゴシック" w:hAnsi="BIZ UDPゴシック" w:cs="Calibri"/>
          <w:sz w:val="20"/>
          <w:lang w:eastAsia="ja-JP"/>
        </w:rPr>
      </w:pPr>
    </w:p>
    <w:p w14:paraId="1F4DF6B2" w14:textId="77777777" w:rsidR="000C1367" w:rsidRDefault="000C1367">
      <w:pPr>
        <w:spacing w:before="120" w:after="40" w:line="300" w:lineRule="auto"/>
        <w:rPr>
          <w:rFonts w:ascii="BIZ UDPゴシック" w:eastAsia="BIZ UDPゴシック" w:hAnsi="BIZ UDPゴシック" w:cs="Calibri"/>
          <w:sz w:val="20"/>
          <w:lang w:eastAsia="ja-JP"/>
        </w:rPr>
      </w:pPr>
    </w:p>
    <w:p w14:paraId="090030C4" w14:textId="77777777" w:rsidR="00A13F4A" w:rsidRDefault="00A13F4A">
      <w:pPr>
        <w:spacing w:before="120" w:after="40" w:line="300" w:lineRule="auto"/>
        <w:rPr>
          <w:rFonts w:ascii="BIZ UDPゴシック" w:eastAsia="BIZ UDPゴシック" w:hAnsi="BIZ UDPゴシック" w:cs="Calibri"/>
          <w:sz w:val="20"/>
          <w:lang w:eastAsia="ja-JP"/>
        </w:rPr>
      </w:pPr>
    </w:p>
    <w:p w14:paraId="18D76E06" w14:textId="1F08A522" w:rsidR="00062868" w:rsidRPr="000F1332" w:rsidRDefault="00070725">
      <w:pPr>
        <w:spacing w:before="120" w:after="40" w:line="300" w:lineRule="auto"/>
        <w:rPr>
          <w:rFonts w:ascii="BIZ UDPゴシック" w:eastAsia="BIZ UDPゴシック" w:hAnsi="BIZ UDPゴシック"/>
          <w:lang w:eastAsia="ja-JP"/>
        </w:rPr>
      </w:pPr>
      <w:r>
        <w:rPr>
          <w:rFonts w:ascii="BIZ UDPゴシック" w:eastAsia="BIZ UDPゴシック" w:hAnsi="BIZ UDPゴシック" w:cs="Calibri" w:hint="eastAsia"/>
          <w:b/>
          <w:sz w:val="23"/>
          <w:lang w:eastAsia="ja-JP"/>
        </w:rPr>
        <w:t>６</w:t>
      </w:r>
      <w:r w:rsidR="002C5D06" w:rsidRPr="000F1332">
        <w:rPr>
          <w:rFonts w:ascii="BIZ UDPゴシック" w:eastAsia="BIZ UDPゴシック" w:hAnsi="BIZ UDPゴシック" w:cs="Calibri"/>
          <w:b/>
          <w:sz w:val="23"/>
          <w:lang w:eastAsia="ja-JP"/>
        </w:rPr>
        <w:t>．解決策の仮説</w:t>
      </w:r>
    </w:p>
    <w:p w14:paraId="1BA49281" w14:textId="6363F166" w:rsidR="00062868" w:rsidRPr="00522C0C" w:rsidRDefault="002C5D06">
      <w:pPr>
        <w:spacing w:after="40" w:line="300" w:lineRule="auto"/>
        <w:rPr>
          <w:rFonts w:ascii="BIZ UDPゴシック" w:eastAsia="BIZ UDPゴシック" w:hAnsi="BIZ UDPゴシック"/>
          <w:color w:val="0070C0"/>
          <w:lang w:eastAsia="ja-JP"/>
        </w:rPr>
      </w:pPr>
      <w:r w:rsidRPr="00522C0C">
        <w:rPr>
          <w:rFonts w:ascii="BIZ UDPゴシック" w:eastAsia="BIZ UDPゴシック" w:hAnsi="BIZ UDPゴシック" w:cs="Calibri"/>
          <w:color w:val="0070C0"/>
          <w:sz w:val="19"/>
          <w:lang w:eastAsia="ja-JP"/>
        </w:rPr>
        <w:t>研究成果・技術シーズがどのように課題解決につながるか、現時点で想定している商品・サービスのイメージ、既存手段との違い等について記載してください。</w:t>
      </w:r>
    </w:p>
    <w:p w14:paraId="13952CCB" w14:textId="12F95F3B" w:rsidR="00062868" w:rsidRPr="000F1332" w:rsidRDefault="002C5D06">
      <w:pPr>
        <w:spacing w:after="40"/>
        <w:rPr>
          <w:rFonts w:ascii="BIZ UDPゴシック" w:eastAsia="BIZ UDPゴシック" w:hAnsi="BIZ UDPゴシック"/>
          <w:lang w:eastAsia="ja-JP"/>
        </w:rPr>
      </w:pPr>
      <w:r w:rsidRPr="00522C0C">
        <w:rPr>
          <w:rFonts w:ascii="BIZ UDPゴシック" w:eastAsia="BIZ UDPゴシック" w:hAnsi="BIZ UDPゴシック" w:cs="Calibri"/>
          <w:color w:val="0070C0"/>
          <w:sz w:val="18"/>
          <w:lang w:eastAsia="ja-JP"/>
        </w:rPr>
        <w:t>例：研究成果がどのように課題解決につながる</w:t>
      </w:r>
      <w:r w:rsidRPr="000F1332">
        <w:rPr>
          <w:rFonts w:ascii="BIZ UDPゴシック" w:eastAsia="BIZ UDPゴシック" w:hAnsi="BIZ UDPゴシック" w:cs="Calibri"/>
          <w:color w:val="0070C0"/>
          <w:sz w:val="18"/>
          <w:lang w:eastAsia="ja-JP"/>
        </w:rPr>
        <w:t>か／商品・サービスのイメージ／既存手段との違い、差別化の方向性</w:t>
      </w:r>
    </w:p>
    <w:p w14:paraId="052FADCB" w14:textId="77777777" w:rsidR="000C1367" w:rsidRDefault="000C1367">
      <w:pPr>
        <w:spacing w:before="120" w:after="40" w:line="300" w:lineRule="auto"/>
        <w:rPr>
          <w:rFonts w:ascii="BIZ UDPゴシック" w:eastAsia="BIZ UDPゴシック" w:hAnsi="BIZ UDPゴシック" w:cs="Calibri"/>
          <w:sz w:val="20"/>
          <w:lang w:eastAsia="ja-JP"/>
        </w:rPr>
      </w:pPr>
    </w:p>
    <w:p w14:paraId="3BFEE6E7" w14:textId="77777777" w:rsidR="00A13F4A" w:rsidRDefault="00A13F4A">
      <w:pPr>
        <w:spacing w:before="120" w:after="40" w:line="300" w:lineRule="auto"/>
        <w:rPr>
          <w:rFonts w:ascii="BIZ UDPゴシック" w:eastAsia="BIZ UDPゴシック" w:hAnsi="BIZ UDPゴシック" w:cs="Calibri"/>
          <w:sz w:val="20"/>
          <w:lang w:eastAsia="ja-JP"/>
        </w:rPr>
      </w:pPr>
    </w:p>
    <w:p w14:paraId="3B52F3EB" w14:textId="77777777" w:rsidR="000C1367" w:rsidRDefault="000C1367">
      <w:pPr>
        <w:spacing w:before="120" w:after="40" w:line="300" w:lineRule="auto"/>
        <w:rPr>
          <w:rFonts w:ascii="BIZ UDPゴシック" w:eastAsia="BIZ UDPゴシック" w:hAnsi="BIZ UDPゴシック" w:cs="Calibri"/>
          <w:sz w:val="20"/>
          <w:lang w:eastAsia="ja-JP"/>
        </w:rPr>
      </w:pPr>
    </w:p>
    <w:p w14:paraId="52DB2E5C" w14:textId="4D1860DA" w:rsidR="00062868" w:rsidRPr="000F1332" w:rsidRDefault="00EB2664">
      <w:pPr>
        <w:spacing w:before="120" w:after="40" w:line="300" w:lineRule="auto"/>
        <w:rPr>
          <w:rFonts w:ascii="BIZ UDPゴシック" w:eastAsia="BIZ UDPゴシック" w:hAnsi="BIZ UDPゴシック"/>
          <w:lang w:eastAsia="ja-JP"/>
        </w:rPr>
      </w:pPr>
      <w:r>
        <w:rPr>
          <w:rFonts w:ascii="BIZ UDPゴシック" w:eastAsia="BIZ UDPゴシック" w:hAnsi="BIZ UDPゴシック" w:cs="Calibri" w:hint="eastAsia"/>
          <w:b/>
          <w:sz w:val="23"/>
          <w:lang w:eastAsia="ja-JP"/>
        </w:rPr>
        <w:t>7</w:t>
      </w:r>
      <w:r w:rsidR="002C5D06" w:rsidRPr="000F1332">
        <w:rPr>
          <w:rFonts w:ascii="BIZ UDPゴシック" w:eastAsia="BIZ UDPゴシック" w:hAnsi="BIZ UDPゴシック" w:cs="Calibri"/>
          <w:b/>
          <w:sz w:val="23"/>
          <w:lang w:eastAsia="ja-JP"/>
        </w:rPr>
        <w:t>．KUGAP期間中に取り組みたいこと</w:t>
      </w:r>
    </w:p>
    <w:p w14:paraId="3D8E6028" w14:textId="400E5944" w:rsidR="00062868" w:rsidRPr="00522C0C" w:rsidRDefault="00522C0C">
      <w:pPr>
        <w:spacing w:after="40" w:line="300" w:lineRule="auto"/>
        <w:rPr>
          <w:rFonts w:ascii="BIZ UDPゴシック" w:eastAsia="BIZ UDPゴシック" w:hAnsi="BIZ UDPゴシック"/>
          <w:color w:val="0070C0"/>
          <w:lang w:eastAsia="ja-JP"/>
        </w:rPr>
      </w:pPr>
      <w:r w:rsidRPr="00522C0C">
        <w:rPr>
          <w:rFonts w:ascii="BIZ UDPゴシック" w:eastAsia="BIZ UDPゴシック" w:hAnsi="BIZ UDPゴシック" w:cs="Calibri" w:hint="eastAsia"/>
          <w:color w:val="0070C0"/>
          <w:sz w:val="19"/>
          <w:lang w:eastAsia="ja-JP"/>
        </w:rPr>
        <w:t>研究面・事業面のそれぞれについて、</w:t>
      </w:r>
      <w:r w:rsidR="002C5D06" w:rsidRPr="00522C0C">
        <w:rPr>
          <w:rFonts w:ascii="BIZ UDPゴシック" w:eastAsia="BIZ UDPゴシック" w:hAnsi="BIZ UDPゴシック" w:cs="Calibri"/>
          <w:color w:val="0070C0"/>
          <w:sz w:val="19"/>
          <w:lang w:eastAsia="ja-JP"/>
        </w:rPr>
        <w:t>現時点での主要な論点、KUGAP期間中に明らかにしたいこと、想定している主な活動、主なマイルストン</w:t>
      </w:r>
      <w:r w:rsidR="00F6399F">
        <w:rPr>
          <w:rFonts w:ascii="BIZ UDPゴシック" w:eastAsia="BIZ UDPゴシック" w:hAnsi="BIZ UDPゴシック" w:cs="Calibri" w:hint="eastAsia"/>
          <w:color w:val="0070C0"/>
          <w:sz w:val="19"/>
          <w:lang w:eastAsia="ja-JP"/>
        </w:rPr>
        <w:t>等を含めて</w:t>
      </w:r>
      <w:r w:rsidR="002C5D06" w:rsidRPr="00522C0C">
        <w:rPr>
          <w:rFonts w:ascii="BIZ UDPゴシック" w:eastAsia="BIZ UDPゴシック" w:hAnsi="BIZ UDPゴシック" w:cs="Calibri"/>
          <w:color w:val="0070C0"/>
          <w:sz w:val="19"/>
          <w:lang w:eastAsia="ja-JP"/>
        </w:rPr>
        <w:t>記載してください。</w:t>
      </w:r>
    </w:p>
    <w:p w14:paraId="1A0BA51E" w14:textId="5419A0F3" w:rsidR="00062868" w:rsidRPr="00522C0C" w:rsidRDefault="002C5D06">
      <w:pPr>
        <w:spacing w:after="40"/>
        <w:rPr>
          <w:rFonts w:ascii="BIZ UDPゴシック" w:eastAsia="BIZ UDPゴシック" w:hAnsi="BIZ UDPゴシック"/>
          <w:color w:val="0070C0"/>
          <w:lang w:eastAsia="ja-JP"/>
        </w:rPr>
      </w:pPr>
      <w:r w:rsidRPr="00522C0C">
        <w:rPr>
          <w:rFonts w:ascii="BIZ UDPゴシック" w:eastAsia="BIZ UDPゴシック" w:hAnsi="BIZ UDPゴシック" w:cs="Calibri"/>
          <w:b/>
          <w:color w:val="0070C0"/>
          <w:sz w:val="18"/>
          <w:lang w:eastAsia="ja-JP"/>
        </w:rPr>
        <w:t xml:space="preserve"> </w:t>
      </w:r>
      <w:r w:rsidRPr="00522C0C">
        <w:rPr>
          <w:rFonts w:ascii="BIZ UDPゴシック" w:eastAsia="BIZ UDPゴシック" w:hAnsi="BIZ UDPゴシック" w:cs="Calibri"/>
          <w:color w:val="0070C0"/>
          <w:sz w:val="18"/>
          <w:lang w:eastAsia="ja-JP"/>
        </w:rPr>
        <w:t>例：いま何が不確かで、何を検証する必要があるか／期間中に何を明らかにしたいか／主な活動・マイルストン／終了時に</w:t>
      </w:r>
      <w:r w:rsidR="008A6B6E" w:rsidRPr="00522C0C">
        <w:rPr>
          <w:rFonts w:ascii="BIZ UDPゴシック" w:eastAsia="BIZ UDPゴシック" w:hAnsi="BIZ UDPゴシック" w:cs="Calibri" w:hint="eastAsia"/>
          <w:color w:val="0070C0"/>
          <w:sz w:val="18"/>
          <w:lang w:eastAsia="ja-JP"/>
        </w:rPr>
        <w:t>どのような状態になっていれば前進といえるか</w:t>
      </w:r>
    </w:p>
    <w:p w14:paraId="5BA35ACF" w14:textId="77777777" w:rsidR="00A13F4A" w:rsidRDefault="00A13F4A" w:rsidP="00A13F4A">
      <w:pPr>
        <w:spacing w:before="120" w:after="40" w:line="300" w:lineRule="auto"/>
        <w:rPr>
          <w:rFonts w:ascii="BIZ UDPゴシック" w:eastAsia="BIZ UDPゴシック" w:hAnsi="BIZ UDPゴシック" w:cs="Calibri"/>
          <w:sz w:val="20"/>
          <w:lang w:eastAsia="ja-JP"/>
        </w:rPr>
      </w:pPr>
    </w:p>
    <w:p w14:paraId="5CAB0274" w14:textId="77777777" w:rsidR="00A13F4A" w:rsidRDefault="00A13F4A" w:rsidP="00A13F4A">
      <w:pPr>
        <w:spacing w:before="120" w:after="40" w:line="300" w:lineRule="auto"/>
        <w:rPr>
          <w:rFonts w:ascii="BIZ UDPゴシック" w:eastAsia="BIZ UDPゴシック" w:hAnsi="BIZ UDPゴシック" w:cs="Calibri"/>
          <w:sz w:val="20"/>
          <w:lang w:eastAsia="ja-JP"/>
        </w:rPr>
      </w:pPr>
    </w:p>
    <w:p w14:paraId="761B2868" w14:textId="77777777" w:rsidR="00A13F4A" w:rsidRDefault="00A13F4A" w:rsidP="00A13F4A">
      <w:pPr>
        <w:spacing w:before="120" w:after="40" w:line="300" w:lineRule="auto"/>
        <w:rPr>
          <w:rFonts w:ascii="BIZ UDPゴシック" w:eastAsia="BIZ UDPゴシック" w:hAnsi="BIZ UDPゴシック" w:cs="Calibri"/>
          <w:sz w:val="20"/>
          <w:lang w:eastAsia="ja-JP"/>
        </w:rPr>
      </w:pPr>
    </w:p>
    <w:p w14:paraId="56843DFF" w14:textId="628CC51F" w:rsidR="00062868" w:rsidRPr="000F1332" w:rsidRDefault="00EB2664" w:rsidP="000C1367">
      <w:pPr>
        <w:spacing w:after="20" w:line="240" w:lineRule="auto"/>
        <w:rPr>
          <w:rFonts w:ascii="BIZ UDPゴシック" w:eastAsia="BIZ UDPゴシック" w:hAnsi="BIZ UDPゴシック"/>
          <w:lang w:eastAsia="ja-JP"/>
        </w:rPr>
      </w:pPr>
      <w:r>
        <w:rPr>
          <w:rFonts w:ascii="BIZ UDPゴシック" w:eastAsia="BIZ UDPゴシック" w:hAnsi="BIZ UDPゴシック" w:cs="Calibri" w:hint="eastAsia"/>
          <w:b/>
          <w:sz w:val="23"/>
          <w:lang w:eastAsia="ja-JP"/>
        </w:rPr>
        <w:t>8</w:t>
      </w:r>
      <w:r w:rsidR="002C5D06" w:rsidRPr="000F1332">
        <w:rPr>
          <w:rFonts w:ascii="BIZ UDPゴシック" w:eastAsia="BIZ UDPゴシック" w:hAnsi="BIZ UDPゴシック" w:cs="Calibri"/>
          <w:b/>
          <w:sz w:val="23"/>
          <w:lang w:eastAsia="ja-JP"/>
        </w:rPr>
        <w:t>．KUGAPで取り組む必要性および想定する使途の大枠</w:t>
      </w:r>
    </w:p>
    <w:p w14:paraId="268F04F7" w14:textId="1EFB3D89" w:rsidR="00062868" w:rsidRPr="000F1332" w:rsidRDefault="002C5D06">
      <w:pPr>
        <w:spacing w:after="40" w:line="300" w:lineRule="auto"/>
        <w:rPr>
          <w:rFonts w:ascii="BIZ UDPゴシック" w:eastAsia="BIZ UDPゴシック" w:hAnsi="BIZ UDPゴシック"/>
          <w:lang w:eastAsia="ja-JP"/>
        </w:rPr>
      </w:pPr>
      <w:r w:rsidRPr="000F1332">
        <w:rPr>
          <w:rFonts w:ascii="BIZ UDPゴシック" w:eastAsia="BIZ UDPゴシック" w:hAnsi="BIZ UDPゴシック" w:cs="Calibri"/>
          <w:b/>
          <w:sz w:val="20"/>
          <w:lang w:eastAsia="ja-JP"/>
        </w:rPr>
        <w:t>（</w:t>
      </w:r>
      <w:r w:rsidR="00F6399F">
        <w:rPr>
          <w:rFonts w:ascii="BIZ UDPゴシック" w:eastAsia="BIZ UDPゴシック" w:hAnsi="BIZ UDPゴシック" w:cs="Calibri" w:hint="eastAsia"/>
          <w:b/>
          <w:sz w:val="20"/>
          <w:lang w:eastAsia="ja-JP"/>
        </w:rPr>
        <w:t>１</w:t>
      </w:r>
      <w:r w:rsidRPr="000F1332">
        <w:rPr>
          <w:rFonts w:ascii="BIZ UDPゴシック" w:eastAsia="BIZ UDPゴシック" w:hAnsi="BIZ UDPゴシック" w:cs="Calibri"/>
          <w:b/>
          <w:sz w:val="20"/>
          <w:lang w:eastAsia="ja-JP"/>
        </w:rPr>
        <w:t>）想定する使途の大枠</w:t>
      </w:r>
      <w:r w:rsidR="00A25433">
        <w:rPr>
          <w:rFonts w:ascii="BIZ UDPゴシック" w:eastAsia="BIZ UDPゴシック" w:hAnsi="BIZ UDPゴシック" w:cs="Calibri" w:hint="eastAsia"/>
          <w:b/>
          <w:sz w:val="20"/>
          <w:lang w:eastAsia="ja-JP"/>
        </w:rPr>
        <w:t>と必要な理由</w:t>
      </w:r>
    </w:p>
    <w:p w14:paraId="57BE2E21" w14:textId="3468134B" w:rsidR="00062868" w:rsidRPr="000F1332" w:rsidRDefault="002C5D06">
      <w:pPr>
        <w:spacing w:after="40"/>
        <w:rPr>
          <w:rFonts w:ascii="BIZ UDPゴシック" w:eastAsia="BIZ UDPゴシック" w:hAnsi="BIZ UDPゴシック"/>
          <w:lang w:eastAsia="ja-JP"/>
        </w:rPr>
      </w:pPr>
      <w:r w:rsidRPr="000F1332">
        <w:rPr>
          <w:rFonts w:ascii="BIZ UDPゴシック" w:eastAsia="BIZ UDPゴシック" w:hAnsi="BIZ UDPゴシック" w:cs="Calibri"/>
          <w:color w:val="0070C0"/>
          <w:sz w:val="18"/>
          <w:lang w:eastAsia="ja-JP"/>
        </w:rPr>
        <w:t>例：試作・試験、委託、調査、旅費など。詳細な積算ではなく、大枠が分かるように記載してください。</w:t>
      </w:r>
      <w:r w:rsidR="00A25433" w:rsidRPr="000F1332">
        <w:rPr>
          <w:rFonts w:ascii="BIZ UDPゴシック" w:eastAsia="BIZ UDPゴシック" w:hAnsi="BIZ UDPゴシック" w:cs="Calibri"/>
          <w:color w:val="0070C0"/>
          <w:sz w:val="18"/>
          <w:lang w:eastAsia="ja-JP"/>
        </w:rPr>
        <w:t>どのような仮説検証・事業化準備に必要かが分かるように記載してください。</w:t>
      </w:r>
    </w:p>
    <w:p w14:paraId="476CCEE1" w14:textId="4158DEAF" w:rsidR="000C1367" w:rsidRDefault="000C1367">
      <w:pPr>
        <w:spacing w:before="120" w:after="40" w:line="300" w:lineRule="auto"/>
        <w:rPr>
          <w:rFonts w:ascii="BIZ UDPゴシック" w:eastAsia="BIZ UDPゴシック" w:hAnsi="BIZ UDPゴシック" w:cs="Calibri"/>
          <w:sz w:val="20"/>
          <w:lang w:eastAsia="ja-JP"/>
        </w:rPr>
      </w:pPr>
    </w:p>
    <w:p w14:paraId="51FDC6FB" w14:textId="77777777" w:rsidR="000C1367" w:rsidRDefault="000C1367">
      <w:pPr>
        <w:spacing w:before="120" w:after="40" w:line="300" w:lineRule="auto"/>
        <w:rPr>
          <w:rFonts w:ascii="BIZ UDPゴシック" w:eastAsia="BIZ UDPゴシック" w:hAnsi="BIZ UDPゴシック" w:cs="Calibri"/>
          <w:sz w:val="20"/>
          <w:lang w:eastAsia="ja-JP"/>
        </w:rPr>
      </w:pPr>
    </w:p>
    <w:p w14:paraId="533ED7BA" w14:textId="77777777" w:rsidR="00DF2904" w:rsidRDefault="00DF2904">
      <w:pPr>
        <w:spacing w:before="120" w:after="40" w:line="300" w:lineRule="auto"/>
        <w:rPr>
          <w:rFonts w:ascii="BIZ UDPゴシック" w:eastAsia="BIZ UDPゴシック" w:hAnsi="BIZ UDPゴシック" w:cs="Calibri"/>
          <w:sz w:val="20"/>
          <w:lang w:eastAsia="ja-JP"/>
        </w:rPr>
      </w:pPr>
    </w:p>
    <w:p w14:paraId="37ACAADF" w14:textId="55C6FE61" w:rsidR="00062868" w:rsidRDefault="00EB2664">
      <w:pPr>
        <w:spacing w:before="120" w:after="40" w:line="300" w:lineRule="auto"/>
        <w:rPr>
          <w:rFonts w:ascii="BIZ UDPゴシック" w:eastAsia="BIZ UDPゴシック" w:hAnsi="BIZ UDPゴシック" w:cs="Calibri"/>
          <w:b/>
          <w:sz w:val="23"/>
          <w:lang w:eastAsia="ja-JP"/>
        </w:rPr>
      </w:pPr>
      <w:r>
        <w:rPr>
          <w:rFonts w:ascii="BIZ UDPゴシック" w:eastAsia="BIZ UDPゴシック" w:hAnsi="BIZ UDPゴシック" w:cs="Calibri" w:hint="eastAsia"/>
          <w:b/>
          <w:sz w:val="23"/>
          <w:lang w:eastAsia="ja-JP"/>
        </w:rPr>
        <w:lastRenderedPageBreak/>
        <w:t>9</w:t>
      </w:r>
      <w:r w:rsidR="002C5D06" w:rsidRPr="000F1332">
        <w:rPr>
          <w:rFonts w:ascii="BIZ UDPゴシック" w:eastAsia="BIZ UDPゴシック" w:hAnsi="BIZ UDPゴシック" w:cs="Calibri"/>
          <w:b/>
          <w:sz w:val="23"/>
          <w:lang w:eastAsia="ja-JP"/>
        </w:rPr>
        <w:t>．権利・体制に関する確認</w:t>
      </w:r>
    </w:p>
    <w:p w14:paraId="70BA06D7" w14:textId="1164060E" w:rsidR="00D75AB9" w:rsidRPr="00522C0C" w:rsidRDefault="009E313E" w:rsidP="00D75AB9">
      <w:pPr>
        <w:spacing w:after="40" w:line="300" w:lineRule="auto"/>
        <w:rPr>
          <w:rFonts w:ascii="BIZ UDPゴシック" w:eastAsia="BIZ UDPゴシック" w:hAnsi="BIZ UDPゴシック"/>
          <w:color w:val="0070C0"/>
          <w:lang w:eastAsia="ja-JP"/>
        </w:rPr>
      </w:pPr>
      <w:r w:rsidRPr="00522C0C">
        <w:rPr>
          <w:rFonts w:ascii="BIZ UDPゴシック" w:eastAsia="BIZ UDPゴシック" w:hAnsi="BIZ UDPゴシック" w:cs="Calibri" w:hint="eastAsia"/>
          <w:color w:val="0070C0"/>
          <w:sz w:val="19"/>
          <w:lang w:eastAsia="ja-JP"/>
        </w:rPr>
        <w:t>関連する知的財産の状況、共願・共同研究・ライセンス等の有無、事業化にあたり留意すべき点、実施体制上の懸念等があれば記載してください。</w:t>
      </w:r>
    </w:p>
    <w:p w14:paraId="71081D89" w14:textId="69738FE4" w:rsidR="00062868" w:rsidRPr="000F1332" w:rsidRDefault="002C5D06" w:rsidP="000C1367">
      <w:pPr>
        <w:spacing w:before="40" w:after="20" w:line="300" w:lineRule="auto"/>
        <w:rPr>
          <w:rFonts w:ascii="BIZ UDPゴシック" w:eastAsia="BIZ UDPゴシック" w:hAnsi="BIZ UDPゴシック"/>
          <w:lang w:eastAsia="ja-JP"/>
        </w:rPr>
      </w:pPr>
      <w:r w:rsidRPr="000F1332">
        <w:rPr>
          <w:rFonts w:ascii="BIZ UDPゴシック" w:eastAsia="BIZ UDPゴシック" w:hAnsi="BIZ UDPゴシック" w:cs="Calibri"/>
          <w:color w:val="0070C0"/>
          <w:sz w:val="18"/>
          <w:lang w:eastAsia="ja-JP"/>
        </w:rPr>
        <w:t>例：出願済、出願準備中、未整理、なし な</w:t>
      </w:r>
      <w:r w:rsidR="00C9218A">
        <w:rPr>
          <w:rFonts w:ascii="BIZ UDPゴシック" w:eastAsia="BIZ UDPゴシック" w:hAnsi="BIZ UDPゴシック" w:cs="Calibri" w:hint="eastAsia"/>
          <w:color w:val="0070C0"/>
          <w:sz w:val="18"/>
          <w:lang w:eastAsia="ja-JP"/>
        </w:rPr>
        <w:t>ど。</w:t>
      </w:r>
      <w:r w:rsidRPr="000F1332">
        <w:rPr>
          <w:rFonts w:ascii="BIZ UDPゴシック" w:eastAsia="BIZ UDPゴシック" w:hAnsi="BIZ UDPゴシック" w:cs="Calibri"/>
          <w:color w:val="0070C0"/>
          <w:sz w:val="18"/>
          <w:lang w:eastAsia="ja-JP"/>
        </w:rPr>
        <w:t>事業化にあたり留意すべき権利関係や連携関係があれば記載してください。現時点で懸念している点や、体制面で補強したい点があれば記載してください。</w:t>
      </w:r>
    </w:p>
    <w:p w14:paraId="3F2E1E0C" w14:textId="795C23BD" w:rsidR="00062868" w:rsidRPr="000F1332" w:rsidRDefault="000C1367">
      <w:pPr>
        <w:spacing w:after="40"/>
        <w:rPr>
          <w:rFonts w:ascii="BIZ UDPゴシック" w:eastAsia="BIZ UDPゴシック" w:hAnsi="BIZ UDPゴシック"/>
          <w:lang w:eastAsia="ja-JP"/>
        </w:rPr>
      </w:pPr>
      <w:r w:rsidRPr="000C1367">
        <w:rPr>
          <w:rFonts w:ascii="BIZ UDPゴシック" w:eastAsia="BIZ UDPゴシック" w:hAnsi="BIZ UDPゴシック" w:cs="Calibri" w:hint="eastAsia"/>
          <w:bCs/>
          <w:color w:val="0070C0"/>
          <w:sz w:val="18"/>
          <w:lang w:eastAsia="ja-JP"/>
        </w:rPr>
        <w:t>大学院生コースの場合は、</w:t>
      </w:r>
      <w:r w:rsidR="002C5D06" w:rsidRPr="000F1332">
        <w:rPr>
          <w:rFonts w:ascii="BIZ UDPゴシック" w:eastAsia="BIZ UDPゴシック" w:hAnsi="BIZ UDPゴシック" w:cs="Calibri"/>
          <w:color w:val="0070C0"/>
          <w:sz w:val="18"/>
          <w:lang w:eastAsia="ja-JP"/>
        </w:rPr>
        <w:t>修了予定時期および修了後の継続見込みがあれば記載してください。</w:t>
      </w:r>
    </w:p>
    <w:p w14:paraId="1121058B" w14:textId="77777777" w:rsidR="000C1367" w:rsidRDefault="000C1367">
      <w:pPr>
        <w:rPr>
          <w:rFonts w:ascii="BIZ UDPゴシック" w:eastAsia="BIZ UDPゴシック" w:hAnsi="BIZ UDPゴシック" w:cs="Calibri"/>
          <w:sz w:val="20"/>
          <w:lang w:eastAsia="ja-JP"/>
        </w:rPr>
      </w:pPr>
    </w:p>
    <w:p w14:paraId="409816A8" w14:textId="342B8457" w:rsidR="006C026C" w:rsidRPr="000F1332" w:rsidRDefault="006C026C">
      <w:pPr>
        <w:rPr>
          <w:rFonts w:ascii="BIZ UDPゴシック" w:eastAsia="BIZ UDPゴシック" w:hAnsi="BIZ UDPゴシック"/>
          <w:lang w:eastAsia="ja-JP"/>
        </w:rPr>
      </w:pPr>
    </w:p>
    <w:sectPr w:rsidR="006C026C" w:rsidRPr="000F1332"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65C98" w14:textId="77777777" w:rsidR="00057B1C" w:rsidRDefault="00057B1C" w:rsidP="0007640F">
      <w:pPr>
        <w:spacing w:after="0" w:line="240" w:lineRule="auto"/>
      </w:pPr>
      <w:r>
        <w:separator/>
      </w:r>
    </w:p>
  </w:endnote>
  <w:endnote w:type="continuationSeparator" w:id="0">
    <w:p w14:paraId="146EED6A" w14:textId="77777777" w:rsidR="00057B1C" w:rsidRDefault="00057B1C" w:rsidP="0007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740E0" w14:textId="77777777" w:rsidR="00057B1C" w:rsidRDefault="00057B1C" w:rsidP="0007640F">
      <w:pPr>
        <w:spacing w:after="0" w:line="240" w:lineRule="auto"/>
      </w:pPr>
      <w:r>
        <w:separator/>
      </w:r>
    </w:p>
  </w:footnote>
  <w:footnote w:type="continuationSeparator" w:id="0">
    <w:p w14:paraId="24742117" w14:textId="77777777" w:rsidR="00057B1C" w:rsidRDefault="00057B1C" w:rsidP="00076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74225571">
    <w:abstractNumId w:val="8"/>
  </w:num>
  <w:num w:numId="2" w16cid:durableId="1008407336">
    <w:abstractNumId w:val="6"/>
  </w:num>
  <w:num w:numId="3" w16cid:durableId="55469425">
    <w:abstractNumId w:val="5"/>
  </w:num>
  <w:num w:numId="4" w16cid:durableId="516240146">
    <w:abstractNumId w:val="4"/>
  </w:num>
  <w:num w:numId="5" w16cid:durableId="388964645">
    <w:abstractNumId w:val="7"/>
  </w:num>
  <w:num w:numId="6" w16cid:durableId="2028604079">
    <w:abstractNumId w:val="3"/>
  </w:num>
  <w:num w:numId="7" w16cid:durableId="1689211506">
    <w:abstractNumId w:val="2"/>
  </w:num>
  <w:num w:numId="8" w16cid:durableId="444422477">
    <w:abstractNumId w:val="1"/>
  </w:num>
  <w:num w:numId="9" w16cid:durableId="197324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448"/>
    <w:rsid w:val="00025B3A"/>
    <w:rsid w:val="00033220"/>
    <w:rsid w:val="00034616"/>
    <w:rsid w:val="00042916"/>
    <w:rsid w:val="00043A6C"/>
    <w:rsid w:val="00055EBA"/>
    <w:rsid w:val="00057B1C"/>
    <w:rsid w:val="0006063C"/>
    <w:rsid w:val="00062868"/>
    <w:rsid w:val="0006600B"/>
    <w:rsid w:val="00070725"/>
    <w:rsid w:val="0007640F"/>
    <w:rsid w:val="00094126"/>
    <w:rsid w:val="00096F4A"/>
    <w:rsid w:val="000B0EAE"/>
    <w:rsid w:val="000B221E"/>
    <w:rsid w:val="000B50AE"/>
    <w:rsid w:val="000B6345"/>
    <w:rsid w:val="000C1367"/>
    <w:rsid w:val="000D036B"/>
    <w:rsid w:val="000E27F2"/>
    <w:rsid w:val="000F1332"/>
    <w:rsid w:val="00140A09"/>
    <w:rsid w:val="0015074B"/>
    <w:rsid w:val="00184C40"/>
    <w:rsid w:val="001E44C2"/>
    <w:rsid w:val="001F27DB"/>
    <w:rsid w:val="0021679B"/>
    <w:rsid w:val="00241F5E"/>
    <w:rsid w:val="00275E03"/>
    <w:rsid w:val="00287A32"/>
    <w:rsid w:val="0029639D"/>
    <w:rsid w:val="002C5D06"/>
    <w:rsid w:val="002C6B91"/>
    <w:rsid w:val="002F739F"/>
    <w:rsid w:val="00326F90"/>
    <w:rsid w:val="003431E8"/>
    <w:rsid w:val="00375B6E"/>
    <w:rsid w:val="003860D6"/>
    <w:rsid w:val="003A6C69"/>
    <w:rsid w:val="003C3301"/>
    <w:rsid w:val="003D363F"/>
    <w:rsid w:val="003F2E2D"/>
    <w:rsid w:val="00447A86"/>
    <w:rsid w:val="00470E14"/>
    <w:rsid w:val="00471ADA"/>
    <w:rsid w:val="004740E6"/>
    <w:rsid w:val="0047420E"/>
    <w:rsid w:val="004974AE"/>
    <w:rsid w:val="004B35C1"/>
    <w:rsid w:val="004C123B"/>
    <w:rsid w:val="004C5319"/>
    <w:rsid w:val="004F3D40"/>
    <w:rsid w:val="005111D4"/>
    <w:rsid w:val="00515D4C"/>
    <w:rsid w:val="00515EED"/>
    <w:rsid w:val="00522C0C"/>
    <w:rsid w:val="0054658F"/>
    <w:rsid w:val="0058241B"/>
    <w:rsid w:val="005937F7"/>
    <w:rsid w:val="00593939"/>
    <w:rsid w:val="00596F4E"/>
    <w:rsid w:val="005A5495"/>
    <w:rsid w:val="005C1C56"/>
    <w:rsid w:val="005C50A6"/>
    <w:rsid w:val="005C5107"/>
    <w:rsid w:val="005D3529"/>
    <w:rsid w:val="005E0EFF"/>
    <w:rsid w:val="005F5737"/>
    <w:rsid w:val="005F7E8F"/>
    <w:rsid w:val="00604972"/>
    <w:rsid w:val="006234DF"/>
    <w:rsid w:val="006279AE"/>
    <w:rsid w:val="00631683"/>
    <w:rsid w:val="00634FCF"/>
    <w:rsid w:val="00651480"/>
    <w:rsid w:val="006A2D13"/>
    <w:rsid w:val="006A60AE"/>
    <w:rsid w:val="006B2048"/>
    <w:rsid w:val="006B3CD4"/>
    <w:rsid w:val="006C026C"/>
    <w:rsid w:val="007068B8"/>
    <w:rsid w:val="007230A8"/>
    <w:rsid w:val="007372D0"/>
    <w:rsid w:val="00747407"/>
    <w:rsid w:val="007619D8"/>
    <w:rsid w:val="00770BAD"/>
    <w:rsid w:val="007867F0"/>
    <w:rsid w:val="007936F7"/>
    <w:rsid w:val="007A33F1"/>
    <w:rsid w:val="007A5E0E"/>
    <w:rsid w:val="007C52AD"/>
    <w:rsid w:val="007F199B"/>
    <w:rsid w:val="008401DD"/>
    <w:rsid w:val="008418D8"/>
    <w:rsid w:val="00857328"/>
    <w:rsid w:val="008718D1"/>
    <w:rsid w:val="008774E2"/>
    <w:rsid w:val="008908CB"/>
    <w:rsid w:val="008A6B6E"/>
    <w:rsid w:val="008B5B52"/>
    <w:rsid w:val="008B602B"/>
    <w:rsid w:val="008B66E7"/>
    <w:rsid w:val="008D436B"/>
    <w:rsid w:val="008D5F5B"/>
    <w:rsid w:val="008E11E1"/>
    <w:rsid w:val="008E164C"/>
    <w:rsid w:val="008F6476"/>
    <w:rsid w:val="009029C0"/>
    <w:rsid w:val="009323FF"/>
    <w:rsid w:val="00965E10"/>
    <w:rsid w:val="00986739"/>
    <w:rsid w:val="0098780D"/>
    <w:rsid w:val="009A02C3"/>
    <w:rsid w:val="009A3DE6"/>
    <w:rsid w:val="009B07BD"/>
    <w:rsid w:val="009C266B"/>
    <w:rsid w:val="009C47AB"/>
    <w:rsid w:val="009E313E"/>
    <w:rsid w:val="00A1086F"/>
    <w:rsid w:val="00A13287"/>
    <w:rsid w:val="00A13F4A"/>
    <w:rsid w:val="00A25433"/>
    <w:rsid w:val="00A5536B"/>
    <w:rsid w:val="00A56B38"/>
    <w:rsid w:val="00A60409"/>
    <w:rsid w:val="00A66C55"/>
    <w:rsid w:val="00A80F33"/>
    <w:rsid w:val="00A86658"/>
    <w:rsid w:val="00A867B7"/>
    <w:rsid w:val="00AA1D8D"/>
    <w:rsid w:val="00AA701E"/>
    <w:rsid w:val="00AC2238"/>
    <w:rsid w:val="00AE2497"/>
    <w:rsid w:val="00B01CD0"/>
    <w:rsid w:val="00B47730"/>
    <w:rsid w:val="00B7101C"/>
    <w:rsid w:val="00B85FDB"/>
    <w:rsid w:val="00BA33EF"/>
    <w:rsid w:val="00BB70CD"/>
    <w:rsid w:val="00BD1DE8"/>
    <w:rsid w:val="00BE7593"/>
    <w:rsid w:val="00C31B1F"/>
    <w:rsid w:val="00C5240E"/>
    <w:rsid w:val="00C765C4"/>
    <w:rsid w:val="00C86489"/>
    <w:rsid w:val="00C9218A"/>
    <w:rsid w:val="00CA27E7"/>
    <w:rsid w:val="00CA2F7F"/>
    <w:rsid w:val="00CB0664"/>
    <w:rsid w:val="00CC7361"/>
    <w:rsid w:val="00D11949"/>
    <w:rsid w:val="00D21229"/>
    <w:rsid w:val="00D27219"/>
    <w:rsid w:val="00D31898"/>
    <w:rsid w:val="00D40848"/>
    <w:rsid w:val="00D55EC5"/>
    <w:rsid w:val="00D56798"/>
    <w:rsid w:val="00D75AB9"/>
    <w:rsid w:val="00D81234"/>
    <w:rsid w:val="00D831AD"/>
    <w:rsid w:val="00D8616C"/>
    <w:rsid w:val="00DF02EB"/>
    <w:rsid w:val="00DF2904"/>
    <w:rsid w:val="00E006D5"/>
    <w:rsid w:val="00E07281"/>
    <w:rsid w:val="00E10E28"/>
    <w:rsid w:val="00E122DF"/>
    <w:rsid w:val="00E138D4"/>
    <w:rsid w:val="00E13AC6"/>
    <w:rsid w:val="00E37784"/>
    <w:rsid w:val="00E42388"/>
    <w:rsid w:val="00E577B8"/>
    <w:rsid w:val="00E62174"/>
    <w:rsid w:val="00E758C4"/>
    <w:rsid w:val="00EA4513"/>
    <w:rsid w:val="00EB2664"/>
    <w:rsid w:val="00EB40C9"/>
    <w:rsid w:val="00EB4877"/>
    <w:rsid w:val="00EC6806"/>
    <w:rsid w:val="00EE61DA"/>
    <w:rsid w:val="00EF08A2"/>
    <w:rsid w:val="00EF52C3"/>
    <w:rsid w:val="00F31096"/>
    <w:rsid w:val="00F40F94"/>
    <w:rsid w:val="00F527AF"/>
    <w:rsid w:val="00F6399F"/>
    <w:rsid w:val="00F9110A"/>
    <w:rsid w:val="00FA0210"/>
    <w:rsid w:val="00FC693F"/>
    <w:rsid w:val="00FF013A"/>
    <w:rsid w:val="00FF07C6"/>
    <w:rsid w:val="00FF6BDB"/>
    <w:rsid w:val="0795EF9A"/>
    <w:rsid w:val="0C19F9C0"/>
    <w:rsid w:val="1AF177F1"/>
    <w:rsid w:val="511CABF4"/>
    <w:rsid w:val="544882A0"/>
    <w:rsid w:val="5AD556FF"/>
    <w:rsid w:val="78A180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280FE32"/>
  <w14:defaultImageDpi w14:val="300"/>
  <w15:docId w15:val="{1351BE22-3004-4378-BECD-F7746261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Calibri" w:eastAsia="メイリオ" w:hAnsi="Calibri"/>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28330">
      <w:bodyDiv w:val="1"/>
      <w:marLeft w:val="0"/>
      <w:marRight w:val="0"/>
      <w:marTop w:val="0"/>
      <w:marBottom w:val="0"/>
      <w:divBdr>
        <w:top w:val="none" w:sz="0" w:space="0" w:color="auto"/>
        <w:left w:val="none" w:sz="0" w:space="0" w:color="auto"/>
        <w:bottom w:val="none" w:sz="0" w:space="0" w:color="auto"/>
        <w:right w:val="none" w:sz="0" w:space="0" w:color="auto"/>
      </w:divBdr>
    </w:div>
    <w:div w:id="342629963">
      <w:bodyDiv w:val="1"/>
      <w:marLeft w:val="0"/>
      <w:marRight w:val="0"/>
      <w:marTop w:val="0"/>
      <w:marBottom w:val="0"/>
      <w:divBdr>
        <w:top w:val="none" w:sz="0" w:space="0" w:color="auto"/>
        <w:left w:val="none" w:sz="0" w:space="0" w:color="auto"/>
        <w:bottom w:val="none" w:sz="0" w:space="0" w:color="auto"/>
        <w:right w:val="none" w:sz="0" w:space="0" w:color="auto"/>
      </w:divBdr>
    </w:div>
    <w:div w:id="760103445">
      <w:bodyDiv w:val="1"/>
      <w:marLeft w:val="0"/>
      <w:marRight w:val="0"/>
      <w:marTop w:val="0"/>
      <w:marBottom w:val="0"/>
      <w:divBdr>
        <w:top w:val="none" w:sz="0" w:space="0" w:color="auto"/>
        <w:left w:val="none" w:sz="0" w:space="0" w:color="auto"/>
        <w:bottom w:val="none" w:sz="0" w:space="0" w:color="auto"/>
        <w:right w:val="none" w:sz="0" w:space="0" w:color="auto"/>
      </w:divBdr>
    </w:div>
    <w:div w:id="1137799794">
      <w:bodyDiv w:val="1"/>
      <w:marLeft w:val="0"/>
      <w:marRight w:val="0"/>
      <w:marTop w:val="0"/>
      <w:marBottom w:val="0"/>
      <w:divBdr>
        <w:top w:val="none" w:sz="0" w:space="0" w:color="auto"/>
        <w:left w:val="none" w:sz="0" w:space="0" w:color="auto"/>
        <w:bottom w:val="none" w:sz="0" w:space="0" w:color="auto"/>
        <w:right w:val="none" w:sz="0" w:space="0" w:color="auto"/>
      </w:divBdr>
    </w:div>
    <w:div w:id="14802210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5E31626E3323647A66A911E2DB865A9" ma:contentTypeVersion="16" ma:contentTypeDescription="新しいドキュメントを作成します。" ma:contentTypeScope="" ma:versionID="475174b7054e986e55d2258145bec367">
  <xsd:schema xmlns:xsd="http://www.w3.org/2001/XMLSchema" xmlns:xs="http://www.w3.org/2001/XMLSchema" xmlns:p="http://schemas.microsoft.com/office/2006/metadata/properties" xmlns:ns2="798e4789-51ae-4754-b1b0-bd54e25e9f61" xmlns:ns3="3662333d-f2d3-42e4-a03c-c0a60ccce36a" targetNamespace="http://schemas.microsoft.com/office/2006/metadata/properties" ma:root="true" ma:fieldsID="21ab7bc276c18fd220091fc96d58915f" ns2:_="" ns3:_="">
    <xsd:import namespace="798e4789-51ae-4754-b1b0-bd54e25e9f61"/>
    <xsd:import namespace="3662333d-f2d3-42e4-a03c-c0a60ccce3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e4789-51ae-4754-b1b0-bd54e25e9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6c580f68-8fb6-4863-9746-d6c2a3347a7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2333d-f2d3-42e4-a03c-c0a60ccce3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e97a0f4-bfb0-4a0d-905e-06af1b35d4d4}" ma:internalName="TaxCatchAll" ma:showField="CatchAllData" ma:web="3662333d-f2d3-42e4-a03c-c0a60ccce36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662333d-f2d3-42e4-a03c-c0a60ccce36a" xsi:nil="true"/>
    <lcf76f155ced4ddcb4097134ff3c332f xmlns="798e4789-51ae-4754-b1b0-bd54e25e9f6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B4DD1-529A-499B-96F1-7627EC33BEE0}">
  <ds:schemaRefs>
    <ds:schemaRef ds:uri="http://schemas.microsoft.com/sharepoint/v3/contenttype/forms"/>
  </ds:schemaRefs>
</ds:datastoreItem>
</file>

<file path=customXml/itemProps2.xml><?xml version="1.0" encoding="utf-8"?>
<ds:datastoreItem xmlns:ds="http://schemas.openxmlformats.org/officeDocument/2006/customXml" ds:itemID="{121E70C4-31FE-4559-AB25-B9BDE9980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e4789-51ae-4754-b1b0-bd54e25e9f61"/>
    <ds:schemaRef ds:uri="3662333d-f2d3-42e4-a03c-c0a60ccce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B62149-0C71-42A2-BA81-7B923467E033}">
  <ds:schemaRefs>
    <ds:schemaRef ds:uri="http://schemas.microsoft.com/office/2006/metadata/properties"/>
    <ds:schemaRef ds:uri="http://schemas.microsoft.com/office/infopath/2007/PartnerControls"/>
    <ds:schemaRef ds:uri="3662333d-f2d3-42e4-a03c-c0a60ccce36a"/>
    <ds:schemaRef ds:uri="798e4789-51ae-4754-b1b0-bd54e25e9f61"/>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3</Pages>
  <Words>862</Words>
  <Characters>881</Characters>
  <Application>Microsoft Office Word</Application>
  <DocSecurity>0</DocSecurity>
  <Lines>36</Lines>
  <Paragraphs>35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MOMEKI Kohei</cp:lastModifiedBy>
  <cp:revision>116</cp:revision>
  <cp:lastPrinted>2026-04-13T03:04:00Z</cp:lastPrinted>
  <dcterms:created xsi:type="dcterms:W3CDTF">2026-04-13T11:42:00Z</dcterms:created>
  <dcterms:modified xsi:type="dcterms:W3CDTF">2026-09-30T07:52:00Z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0x010100A5E31626E3323647A66A911E2DB865A9</vt:lpwstr>
  </property>
  <property fmtid="{D5CDD505-2E9C-101B-9397-08002B2CF9AE}" pid="3" name="docLang">
    <vt:lpwstr>ja</vt:lpwstr>
  </property>
  <property fmtid="{D5CDD505-2E9C-101B-9397-08002B2CF9AE}" pid="4" name="MediaServiceImageTags">
    <vt:lpwstr/>
  </property>
</Properties>
</file>